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6A816" w14:textId="77777777" w:rsidR="00F50B73" w:rsidRPr="0093209F" w:rsidRDefault="00292CC5">
      <w:pPr>
        <w:pStyle w:val="Title"/>
        <w:jc w:val="center"/>
        <w:rPr>
          <w:rFonts w:ascii="Arial" w:hAnsi="Arial" w:cs="Arial"/>
        </w:rPr>
      </w:pPr>
      <w:r w:rsidRPr="0093209F">
        <w:rPr>
          <w:rFonts w:ascii="Arial" w:hAnsi="Arial" w:cs="Arial"/>
        </w:rPr>
        <w:t>Newbury &amp; Thatcham Welfare Trust</w:t>
      </w:r>
    </w:p>
    <w:p w14:paraId="116B2D9C" w14:textId="77777777" w:rsidR="00F50B73" w:rsidRPr="0093209F" w:rsidRDefault="00292CC5">
      <w:pPr>
        <w:jc w:val="center"/>
        <w:rPr>
          <w:rFonts w:ascii="Arial" w:hAnsi="Arial" w:cs="Arial"/>
        </w:rPr>
      </w:pPr>
      <w:r w:rsidRPr="0093209F">
        <w:rPr>
          <w:rFonts w:ascii="Arial" w:hAnsi="Arial" w:cs="Arial"/>
        </w:rPr>
        <w:t>Supporting People in Need in West Berkshire</w:t>
      </w:r>
    </w:p>
    <w:p w14:paraId="3060AC72" w14:textId="77777777" w:rsidR="0022660A" w:rsidRDefault="00292CC5">
      <w:pPr>
        <w:jc w:val="center"/>
        <w:rPr>
          <w:rFonts w:ascii="Arial" w:hAnsi="Arial" w:cs="Arial"/>
        </w:rPr>
      </w:pPr>
      <w:r w:rsidRPr="0093209F">
        <w:rPr>
          <w:rFonts w:ascii="Arial" w:hAnsi="Arial" w:cs="Arial"/>
        </w:rPr>
        <w:t>Registered Charity No: 235077</w:t>
      </w:r>
    </w:p>
    <w:p w14:paraId="57C17670" w14:textId="1502F1E9" w:rsidR="00F50B73" w:rsidRPr="0093209F" w:rsidRDefault="00292CC5">
      <w:pPr>
        <w:jc w:val="center"/>
        <w:rPr>
          <w:rFonts w:ascii="Arial" w:hAnsi="Arial" w:cs="Arial"/>
        </w:rPr>
      </w:pPr>
      <w:r w:rsidRPr="0093209F">
        <w:rPr>
          <w:rFonts w:ascii="Arial" w:hAnsi="Arial" w:cs="Arial"/>
        </w:rPr>
        <w:t xml:space="preserve"> www.newburyandthatchamwelfaretrust.org | ntwt@hotmail.com</w:t>
      </w:r>
      <w:r w:rsidRPr="0093209F">
        <w:rPr>
          <w:rFonts w:ascii="Arial" w:hAnsi="Arial" w:cs="Arial"/>
        </w:rPr>
        <w:br/>
      </w:r>
    </w:p>
    <w:p w14:paraId="33E98C71" w14:textId="77777777" w:rsidR="00F50B73" w:rsidRPr="0022660A" w:rsidRDefault="00292CC5">
      <w:pPr>
        <w:rPr>
          <w:rFonts w:ascii="Arial" w:hAnsi="Arial" w:cs="Arial"/>
          <w:b/>
          <w:sz w:val="24"/>
          <w:szCs w:val="24"/>
        </w:rPr>
      </w:pPr>
      <w:r w:rsidRPr="0022660A">
        <w:rPr>
          <w:rFonts w:ascii="Arial" w:hAnsi="Arial" w:cs="Arial"/>
          <w:b/>
          <w:sz w:val="24"/>
          <w:szCs w:val="24"/>
        </w:rPr>
        <w:t>HOW TO APPLY</w:t>
      </w:r>
    </w:p>
    <w:p w14:paraId="2E155C6E" w14:textId="1BB72283" w:rsidR="0093209F" w:rsidRPr="0022660A" w:rsidRDefault="0093209F" w:rsidP="0093209F">
      <w:pPr>
        <w:spacing w:after="0"/>
        <w:jc w:val="both"/>
        <w:rPr>
          <w:rFonts w:ascii="Arial" w:hAnsi="Arial" w:cs="Arial"/>
          <w:b/>
          <w:sz w:val="24"/>
          <w:szCs w:val="24"/>
        </w:rPr>
      </w:pPr>
      <w:r w:rsidRPr="0022660A">
        <w:rPr>
          <w:rFonts w:ascii="Arial" w:hAnsi="Arial" w:cs="Arial"/>
          <w:b/>
          <w:bCs/>
          <w:sz w:val="24"/>
          <w:szCs w:val="24"/>
        </w:rPr>
        <w:t>The Trust is unable to accept direct applications from individuals</w:t>
      </w:r>
      <w:r w:rsidRPr="0022660A">
        <w:rPr>
          <w:rFonts w:ascii="Arial" w:hAnsi="Arial" w:cs="Arial"/>
          <w:sz w:val="24"/>
          <w:szCs w:val="24"/>
        </w:rPr>
        <w:t>, they can only be submitted via a</w:t>
      </w:r>
      <w:r w:rsidR="0022660A">
        <w:rPr>
          <w:rFonts w:ascii="Arial" w:hAnsi="Arial" w:cs="Arial"/>
          <w:sz w:val="24"/>
          <w:szCs w:val="24"/>
        </w:rPr>
        <w:t xml:space="preserve"> health or social care</w:t>
      </w:r>
      <w:r w:rsidRPr="0022660A">
        <w:rPr>
          <w:rFonts w:ascii="Arial" w:hAnsi="Arial" w:cs="Arial"/>
          <w:sz w:val="24"/>
          <w:szCs w:val="24"/>
        </w:rPr>
        <w:t xml:space="preserve"> professional</w:t>
      </w:r>
      <w:r w:rsidR="0022660A">
        <w:rPr>
          <w:rFonts w:ascii="Arial" w:hAnsi="Arial" w:cs="Arial"/>
          <w:sz w:val="24"/>
          <w:szCs w:val="24"/>
        </w:rPr>
        <w:t>, voluntary sector</w:t>
      </w:r>
      <w:r w:rsidRPr="0022660A">
        <w:rPr>
          <w:rFonts w:ascii="Arial" w:hAnsi="Arial" w:cs="Arial"/>
          <w:sz w:val="24"/>
          <w:szCs w:val="24"/>
        </w:rPr>
        <w:t xml:space="preserve"> </w:t>
      </w:r>
      <w:r w:rsidR="0022660A">
        <w:rPr>
          <w:rFonts w:ascii="Arial" w:hAnsi="Arial" w:cs="Arial"/>
          <w:sz w:val="24"/>
          <w:szCs w:val="24"/>
        </w:rPr>
        <w:t xml:space="preserve">organisation or education establishment. </w:t>
      </w:r>
      <w:r w:rsidRPr="0022660A">
        <w:rPr>
          <w:rFonts w:ascii="Arial" w:hAnsi="Arial" w:cs="Arial"/>
          <w:b/>
          <w:sz w:val="24"/>
          <w:szCs w:val="24"/>
        </w:rPr>
        <w:t>We are unable to liaise directly with beneficiaries regarding their application.</w:t>
      </w:r>
    </w:p>
    <w:p w14:paraId="0487B61D" w14:textId="77777777" w:rsidR="0093209F" w:rsidRPr="0022660A" w:rsidRDefault="0093209F" w:rsidP="0093209F">
      <w:pPr>
        <w:spacing w:after="0"/>
        <w:jc w:val="both"/>
        <w:rPr>
          <w:rFonts w:ascii="Arial" w:hAnsi="Arial" w:cs="Arial"/>
          <w:b/>
          <w:sz w:val="24"/>
          <w:szCs w:val="24"/>
        </w:rPr>
      </w:pPr>
    </w:p>
    <w:p w14:paraId="65623B51" w14:textId="7F09470A" w:rsidR="0093209F" w:rsidRPr="0022660A" w:rsidRDefault="0093209F" w:rsidP="0093209F">
      <w:pPr>
        <w:pStyle w:val="BodyText2"/>
        <w:spacing w:after="0" w:line="276" w:lineRule="auto"/>
        <w:contextualSpacing/>
        <w:jc w:val="both"/>
        <w:rPr>
          <w:rFonts w:ascii="Arial" w:hAnsi="Arial" w:cs="Arial"/>
          <w:sz w:val="24"/>
          <w:szCs w:val="24"/>
        </w:rPr>
      </w:pPr>
      <w:r w:rsidRPr="0022660A">
        <w:rPr>
          <w:rFonts w:ascii="Arial" w:hAnsi="Arial" w:cs="Arial"/>
          <w:sz w:val="24"/>
          <w:szCs w:val="24"/>
        </w:rPr>
        <w:t>Section</w:t>
      </w:r>
      <w:r w:rsidR="009A1671">
        <w:rPr>
          <w:rFonts w:ascii="Arial" w:hAnsi="Arial" w:cs="Arial"/>
          <w:sz w:val="24"/>
          <w:szCs w:val="24"/>
        </w:rPr>
        <w:t xml:space="preserve">s </w:t>
      </w:r>
      <w:r w:rsidRPr="0022660A">
        <w:rPr>
          <w:rFonts w:ascii="Arial" w:hAnsi="Arial" w:cs="Arial"/>
          <w:sz w:val="24"/>
          <w:szCs w:val="24"/>
        </w:rPr>
        <w:t>2</w:t>
      </w:r>
      <w:r w:rsidR="009A1671">
        <w:rPr>
          <w:rFonts w:ascii="Arial" w:hAnsi="Arial" w:cs="Arial"/>
          <w:sz w:val="24"/>
          <w:szCs w:val="24"/>
        </w:rPr>
        <w:t xml:space="preserve"> - 4</w:t>
      </w:r>
      <w:r w:rsidRPr="0022660A">
        <w:rPr>
          <w:rFonts w:ascii="Arial" w:hAnsi="Arial" w:cs="Arial"/>
          <w:sz w:val="24"/>
          <w:szCs w:val="24"/>
        </w:rPr>
        <w:t xml:space="preserve"> of this form must be completed by the beneficiary applying for assistance, or their chosen representative. It must be submitted to us by the supporting professional or organisation, </w:t>
      </w:r>
      <w:r w:rsidRPr="0022660A">
        <w:rPr>
          <w:rFonts w:ascii="Arial" w:hAnsi="Arial" w:cs="Arial"/>
          <w:b/>
          <w:bCs/>
          <w:sz w:val="24"/>
          <w:szCs w:val="24"/>
        </w:rPr>
        <w:t xml:space="preserve">along with a letter or email providing full details of the reasons for supporting the request and relevant health/medical issues. </w:t>
      </w:r>
      <w:r w:rsidRPr="0022660A">
        <w:rPr>
          <w:rFonts w:ascii="Arial" w:hAnsi="Arial" w:cs="Arial"/>
          <w:sz w:val="24"/>
          <w:szCs w:val="24"/>
        </w:rPr>
        <w:t xml:space="preserve"> </w:t>
      </w:r>
    </w:p>
    <w:p w14:paraId="4772B699" w14:textId="77777777" w:rsidR="0093209F" w:rsidRPr="0022660A" w:rsidRDefault="0093209F" w:rsidP="0093209F">
      <w:pPr>
        <w:spacing w:after="0"/>
        <w:jc w:val="both"/>
        <w:rPr>
          <w:rFonts w:ascii="Arial" w:hAnsi="Arial" w:cs="Arial"/>
          <w:b/>
          <w:bCs/>
          <w:sz w:val="24"/>
          <w:szCs w:val="24"/>
        </w:rPr>
      </w:pPr>
    </w:p>
    <w:p w14:paraId="51B24CF9" w14:textId="408BA93B" w:rsidR="0093209F" w:rsidRPr="0022660A" w:rsidRDefault="0093209F" w:rsidP="0093209F">
      <w:pPr>
        <w:spacing w:after="0"/>
        <w:jc w:val="both"/>
        <w:rPr>
          <w:rFonts w:ascii="Arial" w:hAnsi="Arial" w:cs="Arial"/>
          <w:b/>
          <w:bCs/>
          <w:sz w:val="24"/>
          <w:szCs w:val="24"/>
        </w:rPr>
      </w:pPr>
      <w:r w:rsidRPr="0022660A">
        <w:rPr>
          <w:rFonts w:ascii="Arial" w:hAnsi="Arial" w:cs="Arial"/>
          <w:b/>
          <w:bCs/>
          <w:sz w:val="24"/>
          <w:szCs w:val="24"/>
        </w:rPr>
        <w:t>Application</w:t>
      </w:r>
      <w:r w:rsidR="00976AD8">
        <w:rPr>
          <w:rFonts w:ascii="Arial" w:hAnsi="Arial" w:cs="Arial"/>
          <w:b/>
          <w:bCs/>
          <w:sz w:val="24"/>
          <w:szCs w:val="24"/>
        </w:rPr>
        <w:t>s</w:t>
      </w:r>
      <w:r w:rsidR="0022660A">
        <w:rPr>
          <w:rFonts w:ascii="Arial" w:hAnsi="Arial" w:cs="Arial"/>
          <w:b/>
          <w:bCs/>
          <w:sz w:val="24"/>
          <w:szCs w:val="24"/>
        </w:rPr>
        <w:t xml:space="preserve"> </w:t>
      </w:r>
      <w:r w:rsidRPr="0022660A">
        <w:rPr>
          <w:rFonts w:ascii="Arial" w:hAnsi="Arial" w:cs="Arial"/>
          <w:b/>
          <w:bCs/>
          <w:sz w:val="24"/>
          <w:szCs w:val="24"/>
        </w:rPr>
        <w:t xml:space="preserve">will be rejected </w:t>
      </w:r>
      <w:r w:rsidRPr="0022660A">
        <w:rPr>
          <w:rFonts w:ascii="Arial" w:hAnsi="Arial" w:cs="Arial"/>
          <w:sz w:val="24"/>
          <w:szCs w:val="24"/>
        </w:rPr>
        <w:t>without consideration if they fail to demonstrate full disclosure or do not meet the criteria</w:t>
      </w:r>
      <w:r w:rsidR="0022660A" w:rsidRPr="0022660A">
        <w:rPr>
          <w:rFonts w:ascii="Arial" w:hAnsi="Arial" w:cs="Arial"/>
          <w:sz w:val="24"/>
          <w:szCs w:val="24"/>
        </w:rPr>
        <w:t xml:space="preserve"> of</w:t>
      </w:r>
      <w:r w:rsidR="0022660A">
        <w:rPr>
          <w:rFonts w:ascii="Arial" w:hAnsi="Arial" w:cs="Arial"/>
          <w:b/>
          <w:bCs/>
          <w:sz w:val="24"/>
          <w:szCs w:val="24"/>
        </w:rPr>
        <w:t xml:space="preserve"> medical and financial need</w:t>
      </w:r>
      <w:r w:rsidRPr="0022660A">
        <w:rPr>
          <w:rFonts w:ascii="Arial" w:hAnsi="Arial" w:cs="Arial"/>
          <w:b/>
          <w:bCs/>
          <w:sz w:val="24"/>
          <w:szCs w:val="24"/>
        </w:rPr>
        <w:t>.</w:t>
      </w:r>
    </w:p>
    <w:p w14:paraId="690B70CB" w14:textId="77777777" w:rsidR="0093209F" w:rsidRDefault="0093209F"/>
    <w:p w14:paraId="0EF25196" w14:textId="77777777" w:rsidR="00F50B73" w:rsidRPr="0022660A" w:rsidRDefault="00292CC5">
      <w:pPr>
        <w:rPr>
          <w:rFonts w:ascii="Arial" w:hAnsi="Arial" w:cs="Arial"/>
          <w:sz w:val="24"/>
          <w:szCs w:val="24"/>
        </w:rPr>
      </w:pPr>
      <w:r w:rsidRPr="0022660A">
        <w:rPr>
          <w:rFonts w:ascii="Arial" w:hAnsi="Arial" w:cs="Arial"/>
          <w:b/>
          <w:sz w:val="24"/>
          <w:szCs w:val="24"/>
        </w:rPr>
        <w:t>SECTION 1 – SUPPORTING PROFESSIONAL</w:t>
      </w:r>
    </w:p>
    <w:tbl>
      <w:tblPr>
        <w:tblStyle w:val="TableGrid"/>
        <w:tblW w:w="0" w:type="auto"/>
        <w:tblLook w:val="04A0" w:firstRow="1" w:lastRow="0" w:firstColumn="1" w:lastColumn="0" w:noHBand="0" w:noVBand="1"/>
      </w:tblPr>
      <w:tblGrid>
        <w:gridCol w:w="4316"/>
        <w:gridCol w:w="4314"/>
      </w:tblGrid>
      <w:tr w:rsidR="00F50B73" w:rsidRPr="0093209F" w14:paraId="4B364679" w14:textId="77777777">
        <w:tc>
          <w:tcPr>
            <w:tcW w:w="4320" w:type="dxa"/>
          </w:tcPr>
          <w:p w14:paraId="0130AF9D" w14:textId="508D5647" w:rsidR="00F50B73" w:rsidRPr="0093209F" w:rsidRDefault="00292CC5" w:rsidP="0022660A">
            <w:pPr>
              <w:spacing w:line="480" w:lineRule="auto"/>
              <w:rPr>
                <w:rFonts w:ascii="Arial" w:hAnsi="Arial" w:cs="Arial"/>
              </w:rPr>
            </w:pPr>
            <w:r w:rsidRPr="0093209F">
              <w:rPr>
                <w:rFonts w:ascii="Arial" w:hAnsi="Arial" w:cs="Arial"/>
              </w:rPr>
              <w:t>Name</w:t>
            </w:r>
            <w:r w:rsidR="0093209F" w:rsidRPr="0093209F">
              <w:rPr>
                <w:rFonts w:ascii="Arial" w:hAnsi="Arial" w:cs="Arial"/>
              </w:rPr>
              <w:t>:</w:t>
            </w:r>
          </w:p>
        </w:tc>
        <w:tc>
          <w:tcPr>
            <w:tcW w:w="4320" w:type="dxa"/>
          </w:tcPr>
          <w:p w14:paraId="43CDDA23" w14:textId="77777777" w:rsidR="00F50B73" w:rsidRPr="0093209F" w:rsidRDefault="00F50B73" w:rsidP="0022660A">
            <w:pPr>
              <w:spacing w:line="480" w:lineRule="auto"/>
              <w:rPr>
                <w:rFonts w:ascii="Arial" w:hAnsi="Arial" w:cs="Arial"/>
              </w:rPr>
            </w:pPr>
          </w:p>
        </w:tc>
      </w:tr>
      <w:tr w:rsidR="00F50B73" w:rsidRPr="0093209F" w14:paraId="7EFF0BB0" w14:textId="77777777">
        <w:tc>
          <w:tcPr>
            <w:tcW w:w="4320" w:type="dxa"/>
          </w:tcPr>
          <w:p w14:paraId="7C3A5DCE" w14:textId="5933D555" w:rsidR="00F50B73" w:rsidRPr="0093209F" w:rsidRDefault="00292CC5" w:rsidP="0022660A">
            <w:pPr>
              <w:spacing w:line="480" w:lineRule="auto"/>
              <w:rPr>
                <w:rFonts w:ascii="Arial" w:hAnsi="Arial" w:cs="Arial"/>
              </w:rPr>
            </w:pPr>
            <w:r w:rsidRPr="0093209F">
              <w:rPr>
                <w:rFonts w:ascii="Arial" w:hAnsi="Arial" w:cs="Arial"/>
              </w:rPr>
              <w:t>Organisation</w:t>
            </w:r>
            <w:r w:rsidR="0093209F" w:rsidRPr="0093209F">
              <w:rPr>
                <w:rFonts w:ascii="Arial" w:hAnsi="Arial" w:cs="Arial"/>
              </w:rPr>
              <w:t>:</w:t>
            </w:r>
          </w:p>
        </w:tc>
        <w:tc>
          <w:tcPr>
            <w:tcW w:w="4320" w:type="dxa"/>
          </w:tcPr>
          <w:p w14:paraId="662D9D79" w14:textId="77777777" w:rsidR="00F50B73" w:rsidRPr="0093209F" w:rsidRDefault="00F50B73" w:rsidP="0022660A">
            <w:pPr>
              <w:spacing w:line="480" w:lineRule="auto"/>
              <w:rPr>
                <w:rFonts w:ascii="Arial" w:hAnsi="Arial" w:cs="Arial"/>
              </w:rPr>
            </w:pPr>
          </w:p>
        </w:tc>
      </w:tr>
      <w:tr w:rsidR="00F50B73" w:rsidRPr="0093209F" w14:paraId="407E45FB" w14:textId="77777777">
        <w:tc>
          <w:tcPr>
            <w:tcW w:w="4320" w:type="dxa"/>
          </w:tcPr>
          <w:p w14:paraId="19704BE3" w14:textId="348BFB2A" w:rsidR="00F50B73" w:rsidRPr="0093209F" w:rsidRDefault="00292CC5" w:rsidP="0022660A">
            <w:pPr>
              <w:spacing w:line="480" w:lineRule="auto"/>
              <w:rPr>
                <w:rFonts w:ascii="Arial" w:hAnsi="Arial" w:cs="Arial"/>
              </w:rPr>
            </w:pPr>
            <w:r w:rsidRPr="0093209F">
              <w:rPr>
                <w:rFonts w:ascii="Arial" w:hAnsi="Arial" w:cs="Arial"/>
              </w:rPr>
              <w:t>Job Title</w:t>
            </w:r>
            <w:r w:rsidR="0093209F" w:rsidRPr="0093209F">
              <w:rPr>
                <w:rFonts w:ascii="Arial" w:hAnsi="Arial" w:cs="Arial"/>
              </w:rPr>
              <w:t>:</w:t>
            </w:r>
          </w:p>
        </w:tc>
        <w:tc>
          <w:tcPr>
            <w:tcW w:w="4320" w:type="dxa"/>
          </w:tcPr>
          <w:p w14:paraId="041BFB24" w14:textId="77777777" w:rsidR="00F50B73" w:rsidRPr="0093209F" w:rsidRDefault="00F50B73" w:rsidP="0022660A">
            <w:pPr>
              <w:spacing w:line="480" w:lineRule="auto"/>
              <w:rPr>
                <w:rFonts w:ascii="Arial" w:hAnsi="Arial" w:cs="Arial"/>
              </w:rPr>
            </w:pPr>
          </w:p>
        </w:tc>
      </w:tr>
      <w:tr w:rsidR="0093209F" w:rsidRPr="0093209F" w14:paraId="3F149948" w14:textId="77777777">
        <w:tc>
          <w:tcPr>
            <w:tcW w:w="4320" w:type="dxa"/>
          </w:tcPr>
          <w:p w14:paraId="40C5B650" w14:textId="63E12D22" w:rsidR="0093209F" w:rsidRPr="0093209F" w:rsidRDefault="0093209F" w:rsidP="0022660A">
            <w:pPr>
              <w:spacing w:line="480" w:lineRule="auto"/>
              <w:rPr>
                <w:rFonts w:ascii="Arial" w:hAnsi="Arial" w:cs="Arial"/>
              </w:rPr>
            </w:pPr>
            <w:r w:rsidRPr="0093209F">
              <w:rPr>
                <w:rFonts w:ascii="Arial" w:hAnsi="Arial" w:cs="Arial"/>
              </w:rPr>
              <w:t>Telephone:</w:t>
            </w:r>
          </w:p>
        </w:tc>
        <w:tc>
          <w:tcPr>
            <w:tcW w:w="4320" w:type="dxa"/>
          </w:tcPr>
          <w:p w14:paraId="7BEFF19A" w14:textId="77777777" w:rsidR="0093209F" w:rsidRPr="0093209F" w:rsidRDefault="0093209F" w:rsidP="0022660A">
            <w:pPr>
              <w:spacing w:line="480" w:lineRule="auto"/>
              <w:rPr>
                <w:rFonts w:ascii="Arial" w:hAnsi="Arial" w:cs="Arial"/>
              </w:rPr>
            </w:pPr>
          </w:p>
        </w:tc>
      </w:tr>
      <w:tr w:rsidR="00F50B73" w:rsidRPr="0093209F" w14:paraId="1D52FD1E" w14:textId="77777777">
        <w:tc>
          <w:tcPr>
            <w:tcW w:w="4320" w:type="dxa"/>
          </w:tcPr>
          <w:p w14:paraId="474F86F9" w14:textId="1ACF3B99" w:rsidR="00F50B73" w:rsidRPr="0093209F" w:rsidRDefault="0093209F" w:rsidP="0022660A">
            <w:pPr>
              <w:spacing w:line="480" w:lineRule="auto"/>
              <w:rPr>
                <w:rFonts w:ascii="Arial" w:hAnsi="Arial" w:cs="Arial"/>
              </w:rPr>
            </w:pPr>
            <w:r w:rsidRPr="0093209F">
              <w:rPr>
                <w:rFonts w:ascii="Arial" w:hAnsi="Arial" w:cs="Arial"/>
              </w:rPr>
              <w:t>Email:</w:t>
            </w:r>
          </w:p>
        </w:tc>
        <w:tc>
          <w:tcPr>
            <w:tcW w:w="4320" w:type="dxa"/>
          </w:tcPr>
          <w:p w14:paraId="50F9E1A9" w14:textId="77777777" w:rsidR="00F50B73" w:rsidRPr="0093209F" w:rsidRDefault="00F50B73" w:rsidP="0022660A">
            <w:pPr>
              <w:spacing w:line="480" w:lineRule="auto"/>
              <w:rPr>
                <w:rFonts w:ascii="Arial" w:hAnsi="Arial" w:cs="Arial"/>
              </w:rPr>
            </w:pPr>
          </w:p>
        </w:tc>
      </w:tr>
    </w:tbl>
    <w:p w14:paraId="6F4E3C20" w14:textId="77777777" w:rsidR="0093209F" w:rsidRDefault="0093209F" w:rsidP="0093209F">
      <w:pPr>
        <w:spacing w:after="0"/>
        <w:rPr>
          <w:rFonts w:ascii="Arial" w:hAnsi="Arial" w:cs="Arial"/>
        </w:rPr>
      </w:pPr>
    </w:p>
    <w:p w14:paraId="13C530E2" w14:textId="675CD46D" w:rsidR="00F50B73" w:rsidRPr="0093209F" w:rsidRDefault="0093209F">
      <w:pPr>
        <w:rPr>
          <w:rFonts w:ascii="Arial" w:hAnsi="Arial" w:cs="Arial"/>
        </w:rPr>
      </w:pPr>
      <w:r>
        <w:rPr>
          <w:rFonts w:ascii="Arial" w:hAnsi="Arial" w:cs="Arial"/>
        </w:rPr>
        <w:t>I confirm that</w:t>
      </w:r>
      <w:r w:rsidRPr="0093209F">
        <w:rPr>
          <w:rFonts w:ascii="Arial" w:hAnsi="Arial" w:cs="Arial"/>
        </w:rPr>
        <w:t>:</w:t>
      </w:r>
    </w:p>
    <w:p w14:paraId="0EF0FE6F" w14:textId="62CCA240" w:rsidR="00F50B73" w:rsidRDefault="00292CC5">
      <w:pPr>
        <w:rPr>
          <w:rFonts w:ascii="Arial" w:hAnsi="Arial" w:cs="Arial"/>
        </w:rPr>
      </w:pPr>
      <w:r w:rsidRPr="0093209F">
        <w:rPr>
          <w:rFonts w:ascii="Segoe UI Symbol" w:hAnsi="Segoe UI Symbol" w:cs="Segoe UI Symbol"/>
        </w:rPr>
        <w:t>☐</w:t>
      </w:r>
      <w:r w:rsidRPr="0093209F">
        <w:rPr>
          <w:rFonts w:ascii="Arial" w:hAnsi="Arial" w:cs="Arial"/>
        </w:rPr>
        <w:t xml:space="preserve"> </w:t>
      </w:r>
      <w:r w:rsidR="0093209F">
        <w:rPr>
          <w:rFonts w:ascii="Arial" w:hAnsi="Arial" w:cs="Arial"/>
        </w:rPr>
        <w:t>A s</w:t>
      </w:r>
      <w:r w:rsidRPr="0093209F">
        <w:rPr>
          <w:rFonts w:ascii="Arial" w:hAnsi="Arial" w:cs="Arial"/>
        </w:rPr>
        <w:t xml:space="preserve">upporting statement </w:t>
      </w:r>
      <w:r w:rsidR="0093209F">
        <w:rPr>
          <w:rFonts w:ascii="Arial" w:hAnsi="Arial" w:cs="Arial"/>
        </w:rPr>
        <w:t>has been provided including relevant health/medical issues.</w:t>
      </w:r>
      <w:r w:rsidRPr="0093209F">
        <w:rPr>
          <w:rFonts w:ascii="Arial" w:hAnsi="Arial" w:cs="Arial"/>
        </w:rPr>
        <w:br/>
      </w:r>
      <w:r w:rsidRPr="0093209F">
        <w:rPr>
          <w:rFonts w:ascii="Segoe UI Symbol" w:hAnsi="Segoe UI Symbol" w:cs="Segoe UI Symbol"/>
        </w:rPr>
        <w:t>☐</w:t>
      </w:r>
      <w:r w:rsidRPr="0093209F">
        <w:rPr>
          <w:rFonts w:ascii="Arial" w:hAnsi="Arial" w:cs="Arial"/>
        </w:rPr>
        <w:t xml:space="preserve"> </w:t>
      </w:r>
      <w:r w:rsidR="0022660A">
        <w:rPr>
          <w:rFonts w:ascii="Arial" w:hAnsi="Arial" w:cs="Arial"/>
        </w:rPr>
        <w:t xml:space="preserve">I </w:t>
      </w:r>
      <w:r w:rsidR="0093209F">
        <w:rPr>
          <w:rFonts w:ascii="Arial" w:hAnsi="Arial" w:cs="Arial"/>
        </w:rPr>
        <w:t>will act as a point of contact throughout the application process.</w:t>
      </w:r>
      <w:r w:rsidRPr="0093209F">
        <w:rPr>
          <w:rFonts w:ascii="Arial" w:hAnsi="Arial" w:cs="Arial"/>
        </w:rPr>
        <w:br/>
      </w:r>
    </w:p>
    <w:p w14:paraId="4E5DA1DE" w14:textId="77777777" w:rsidR="00F50B73" w:rsidRPr="0022660A" w:rsidRDefault="00292CC5">
      <w:pPr>
        <w:rPr>
          <w:rFonts w:ascii="Arial" w:hAnsi="Arial" w:cs="Arial"/>
          <w:sz w:val="24"/>
          <w:szCs w:val="24"/>
        </w:rPr>
      </w:pPr>
      <w:r w:rsidRPr="0022660A">
        <w:rPr>
          <w:rFonts w:ascii="Arial" w:hAnsi="Arial" w:cs="Arial"/>
          <w:b/>
          <w:sz w:val="24"/>
          <w:szCs w:val="24"/>
        </w:rPr>
        <w:lastRenderedPageBreak/>
        <w:t>SECTION 2 – APPLICANT DETAILS</w:t>
      </w:r>
    </w:p>
    <w:p w14:paraId="7917AEAA" w14:textId="3A8504D3" w:rsidR="00F50B73" w:rsidRPr="00CF2F80" w:rsidRDefault="002E0974">
      <w:pPr>
        <w:rPr>
          <w:rFonts w:ascii="Arial" w:hAnsi="Arial" w:cs="Arial"/>
        </w:rPr>
      </w:pPr>
      <w:r w:rsidRPr="0009524C">
        <w:rPr>
          <w:rFonts w:ascii="Arial" w:hAnsi="Arial" w:cs="Arial"/>
          <w:b/>
          <w:bCs/>
        </w:rPr>
        <w:t>PART A:</w:t>
      </w:r>
      <w:r>
        <w:rPr>
          <w:rFonts w:ascii="Arial" w:hAnsi="Arial" w:cs="Arial"/>
        </w:rPr>
        <w:t xml:space="preserve">  </w:t>
      </w:r>
      <w:r w:rsidR="00292CC5" w:rsidRPr="008300BF">
        <w:rPr>
          <w:rFonts w:ascii="Arial" w:hAnsi="Arial" w:cs="Arial"/>
          <w:b/>
          <w:bCs/>
        </w:rPr>
        <w:t>ABOUT YOU</w:t>
      </w:r>
    </w:p>
    <w:tbl>
      <w:tblPr>
        <w:tblStyle w:val="TableGrid"/>
        <w:tblW w:w="0" w:type="auto"/>
        <w:tblLook w:val="04A0" w:firstRow="1" w:lastRow="0" w:firstColumn="1" w:lastColumn="0" w:noHBand="0" w:noVBand="1"/>
      </w:tblPr>
      <w:tblGrid>
        <w:gridCol w:w="4316"/>
        <w:gridCol w:w="4314"/>
      </w:tblGrid>
      <w:tr w:rsidR="00F50B73" w:rsidRPr="00CF2F80" w14:paraId="7579E0B0" w14:textId="77777777">
        <w:tc>
          <w:tcPr>
            <w:tcW w:w="4320" w:type="dxa"/>
          </w:tcPr>
          <w:p w14:paraId="1C94BAFA" w14:textId="77777777" w:rsidR="00F50B73" w:rsidRPr="00CF2F80" w:rsidRDefault="00292CC5" w:rsidP="0022660A">
            <w:pPr>
              <w:spacing w:line="480" w:lineRule="auto"/>
              <w:rPr>
                <w:rFonts w:ascii="Arial" w:hAnsi="Arial" w:cs="Arial"/>
              </w:rPr>
            </w:pPr>
            <w:r w:rsidRPr="00CF2F80">
              <w:rPr>
                <w:rFonts w:ascii="Arial" w:hAnsi="Arial" w:cs="Arial"/>
              </w:rPr>
              <w:t>Full Name</w:t>
            </w:r>
          </w:p>
        </w:tc>
        <w:tc>
          <w:tcPr>
            <w:tcW w:w="4320" w:type="dxa"/>
          </w:tcPr>
          <w:p w14:paraId="10D5CF2E" w14:textId="77777777" w:rsidR="0022660A" w:rsidRPr="00CF2F80" w:rsidRDefault="0022660A" w:rsidP="0022660A">
            <w:pPr>
              <w:spacing w:line="480" w:lineRule="auto"/>
              <w:rPr>
                <w:rFonts w:ascii="Arial" w:hAnsi="Arial" w:cs="Arial"/>
              </w:rPr>
            </w:pPr>
          </w:p>
        </w:tc>
      </w:tr>
      <w:tr w:rsidR="00F50B73" w:rsidRPr="00CF2F80" w14:paraId="336C7D9A" w14:textId="77777777">
        <w:tc>
          <w:tcPr>
            <w:tcW w:w="4320" w:type="dxa"/>
          </w:tcPr>
          <w:p w14:paraId="5FADBCFE" w14:textId="77777777" w:rsidR="00F50B73" w:rsidRPr="00CF2F80" w:rsidRDefault="00292CC5" w:rsidP="0022660A">
            <w:pPr>
              <w:spacing w:line="480" w:lineRule="auto"/>
              <w:rPr>
                <w:rFonts w:ascii="Arial" w:hAnsi="Arial" w:cs="Arial"/>
              </w:rPr>
            </w:pPr>
            <w:r w:rsidRPr="00CF2F80">
              <w:rPr>
                <w:rFonts w:ascii="Arial" w:hAnsi="Arial" w:cs="Arial"/>
              </w:rPr>
              <w:t>Address</w:t>
            </w:r>
          </w:p>
        </w:tc>
        <w:tc>
          <w:tcPr>
            <w:tcW w:w="4320" w:type="dxa"/>
          </w:tcPr>
          <w:p w14:paraId="27383C42" w14:textId="77777777" w:rsidR="0022660A" w:rsidRPr="00CF2F80" w:rsidRDefault="0022660A" w:rsidP="0022660A">
            <w:pPr>
              <w:spacing w:line="480" w:lineRule="auto"/>
              <w:rPr>
                <w:rFonts w:ascii="Arial" w:hAnsi="Arial" w:cs="Arial"/>
              </w:rPr>
            </w:pPr>
          </w:p>
        </w:tc>
      </w:tr>
      <w:tr w:rsidR="00F50B73" w:rsidRPr="00CF2F80" w14:paraId="6CA323A1" w14:textId="77777777">
        <w:tc>
          <w:tcPr>
            <w:tcW w:w="4320" w:type="dxa"/>
          </w:tcPr>
          <w:p w14:paraId="641B5DAD" w14:textId="77777777" w:rsidR="00F50B73" w:rsidRPr="00CF2F80" w:rsidRDefault="00292CC5" w:rsidP="0022660A">
            <w:pPr>
              <w:spacing w:line="480" w:lineRule="auto"/>
              <w:rPr>
                <w:rFonts w:ascii="Arial" w:hAnsi="Arial" w:cs="Arial"/>
              </w:rPr>
            </w:pPr>
            <w:r w:rsidRPr="00CF2F80">
              <w:rPr>
                <w:rFonts w:ascii="Arial" w:hAnsi="Arial" w:cs="Arial"/>
              </w:rPr>
              <w:t>Postcode</w:t>
            </w:r>
          </w:p>
        </w:tc>
        <w:tc>
          <w:tcPr>
            <w:tcW w:w="4320" w:type="dxa"/>
          </w:tcPr>
          <w:p w14:paraId="08E5A2CC" w14:textId="77777777" w:rsidR="0022660A" w:rsidRPr="00CF2F80" w:rsidRDefault="0022660A" w:rsidP="0022660A">
            <w:pPr>
              <w:spacing w:line="480" w:lineRule="auto"/>
              <w:rPr>
                <w:rFonts w:ascii="Arial" w:hAnsi="Arial" w:cs="Arial"/>
              </w:rPr>
            </w:pPr>
          </w:p>
        </w:tc>
      </w:tr>
      <w:tr w:rsidR="00F50B73" w:rsidRPr="00CF2F80" w14:paraId="28C4F47B" w14:textId="77777777">
        <w:tc>
          <w:tcPr>
            <w:tcW w:w="4320" w:type="dxa"/>
          </w:tcPr>
          <w:p w14:paraId="499AC82E" w14:textId="77777777" w:rsidR="00F50B73" w:rsidRPr="00CF2F80" w:rsidRDefault="00292CC5" w:rsidP="0022660A">
            <w:pPr>
              <w:spacing w:line="480" w:lineRule="auto"/>
              <w:rPr>
                <w:rFonts w:ascii="Arial" w:hAnsi="Arial" w:cs="Arial"/>
              </w:rPr>
            </w:pPr>
            <w:r w:rsidRPr="00CF2F80">
              <w:rPr>
                <w:rFonts w:ascii="Arial" w:hAnsi="Arial" w:cs="Arial"/>
              </w:rPr>
              <w:t>Date of Birth</w:t>
            </w:r>
          </w:p>
        </w:tc>
        <w:tc>
          <w:tcPr>
            <w:tcW w:w="4320" w:type="dxa"/>
          </w:tcPr>
          <w:p w14:paraId="51FE6DBE" w14:textId="77777777" w:rsidR="0022660A" w:rsidRPr="00CF2F80" w:rsidRDefault="0022660A" w:rsidP="0022660A">
            <w:pPr>
              <w:spacing w:line="480" w:lineRule="auto"/>
              <w:rPr>
                <w:rFonts w:ascii="Arial" w:hAnsi="Arial" w:cs="Arial"/>
              </w:rPr>
            </w:pPr>
          </w:p>
        </w:tc>
      </w:tr>
      <w:tr w:rsidR="00F50B73" w:rsidRPr="00CF2F80" w14:paraId="38B9863C" w14:textId="77777777">
        <w:tc>
          <w:tcPr>
            <w:tcW w:w="4320" w:type="dxa"/>
          </w:tcPr>
          <w:p w14:paraId="26E3E016" w14:textId="370F59E7" w:rsidR="00F50B73" w:rsidRPr="00CF2F80" w:rsidRDefault="00292CC5" w:rsidP="0022660A">
            <w:pPr>
              <w:spacing w:line="480" w:lineRule="auto"/>
              <w:rPr>
                <w:rFonts w:ascii="Arial" w:hAnsi="Arial" w:cs="Arial"/>
              </w:rPr>
            </w:pPr>
            <w:r w:rsidRPr="00CF2F80">
              <w:rPr>
                <w:rFonts w:ascii="Arial" w:hAnsi="Arial" w:cs="Arial"/>
              </w:rPr>
              <w:t xml:space="preserve">Length of </w:t>
            </w:r>
            <w:r w:rsidR="0093209F" w:rsidRPr="00CF2F80">
              <w:rPr>
                <w:rFonts w:ascii="Arial" w:hAnsi="Arial" w:cs="Arial"/>
              </w:rPr>
              <w:t>time in West Berkshire</w:t>
            </w:r>
          </w:p>
        </w:tc>
        <w:tc>
          <w:tcPr>
            <w:tcW w:w="4320" w:type="dxa"/>
          </w:tcPr>
          <w:p w14:paraId="0F1877D3" w14:textId="77777777" w:rsidR="0022660A" w:rsidRPr="00CF2F80" w:rsidRDefault="0022660A" w:rsidP="0022660A">
            <w:pPr>
              <w:spacing w:line="480" w:lineRule="auto"/>
              <w:rPr>
                <w:rFonts w:ascii="Arial" w:hAnsi="Arial" w:cs="Arial"/>
              </w:rPr>
            </w:pPr>
          </w:p>
        </w:tc>
      </w:tr>
    </w:tbl>
    <w:p w14:paraId="604AA07C" w14:textId="77777777" w:rsidR="00CF2F80" w:rsidRPr="00CF2F80" w:rsidRDefault="00CF2F80">
      <w:pPr>
        <w:rPr>
          <w:rFonts w:ascii="Arial" w:hAnsi="Arial" w:cs="Arial"/>
        </w:rPr>
      </w:pPr>
    </w:p>
    <w:p w14:paraId="405F888F" w14:textId="500274B9" w:rsidR="00F50B73" w:rsidRPr="008300BF" w:rsidRDefault="003140A2">
      <w:pPr>
        <w:rPr>
          <w:rFonts w:ascii="Arial" w:hAnsi="Arial" w:cs="Arial"/>
          <w:b/>
          <w:bCs/>
        </w:rPr>
      </w:pPr>
      <w:r w:rsidRPr="008300BF">
        <w:rPr>
          <w:rFonts w:ascii="Arial" w:hAnsi="Arial" w:cs="Arial"/>
          <w:b/>
          <w:bCs/>
        </w:rPr>
        <w:t xml:space="preserve">PART B:  </w:t>
      </w:r>
      <w:r w:rsidR="00292CC5" w:rsidRPr="008300BF">
        <w:rPr>
          <w:rFonts w:ascii="Arial" w:hAnsi="Arial" w:cs="Arial"/>
          <w:b/>
          <w:bCs/>
        </w:rPr>
        <w:t>HOUSEHOLD</w:t>
      </w:r>
    </w:p>
    <w:p w14:paraId="540C1E83" w14:textId="17938DA4" w:rsidR="00CF2F80" w:rsidRPr="00CF2F80" w:rsidRDefault="00CF2F80">
      <w:pPr>
        <w:rPr>
          <w:rFonts w:ascii="Arial" w:hAnsi="Arial" w:cs="Arial"/>
        </w:rPr>
      </w:pPr>
      <w:r w:rsidRPr="00CF2F80">
        <w:rPr>
          <w:rFonts w:ascii="Arial" w:hAnsi="Arial" w:cs="Arial"/>
        </w:rPr>
        <w:t>Please give details of all other household members</w:t>
      </w:r>
    </w:p>
    <w:tbl>
      <w:tblPr>
        <w:tblStyle w:val="TableGrid"/>
        <w:tblW w:w="0" w:type="auto"/>
        <w:tblLook w:val="04A0" w:firstRow="1" w:lastRow="0" w:firstColumn="1" w:lastColumn="0" w:noHBand="0" w:noVBand="1"/>
      </w:tblPr>
      <w:tblGrid>
        <w:gridCol w:w="4316"/>
        <w:gridCol w:w="4314"/>
      </w:tblGrid>
      <w:tr w:rsidR="00F50B73" w:rsidRPr="00CF2F80" w14:paraId="2393E231" w14:textId="77777777">
        <w:tc>
          <w:tcPr>
            <w:tcW w:w="4320" w:type="dxa"/>
          </w:tcPr>
          <w:p w14:paraId="6D75CD29" w14:textId="4C0AF792" w:rsidR="00F50B73" w:rsidRPr="00CF2F80" w:rsidRDefault="00CF2F80" w:rsidP="0022660A">
            <w:pPr>
              <w:spacing w:line="480" w:lineRule="auto"/>
              <w:rPr>
                <w:rFonts w:ascii="Arial" w:hAnsi="Arial" w:cs="Arial"/>
              </w:rPr>
            </w:pPr>
            <w:r w:rsidRPr="00CF2F80">
              <w:rPr>
                <w:rFonts w:ascii="Arial" w:hAnsi="Arial" w:cs="Arial"/>
              </w:rPr>
              <w:t>Spouse/Partner Name:</w:t>
            </w:r>
          </w:p>
        </w:tc>
        <w:tc>
          <w:tcPr>
            <w:tcW w:w="4320" w:type="dxa"/>
          </w:tcPr>
          <w:p w14:paraId="5B4C9242" w14:textId="77777777" w:rsidR="0022660A" w:rsidRPr="00CF2F80" w:rsidRDefault="0022660A" w:rsidP="0022660A">
            <w:pPr>
              <w:spacing w:line="480" w:lineRule="auto"/>
              <w:rPr>
                <w:rFonts w:ascii="Arial" w:hAnsi="Arial" w:cs="Arial"/>
              </w:rPr>
            </w:pPr>
          </w:p>
        </w:tc>
      </w:tr>
      <w:tr w:rsidR="00F50B73" w:rsidRPr="00CF2F80" w14:paraId="025CB223" w14:textId="77777777">
        <w:tc>
          <w:tcPr>
            <w:tcW w:w="4320" w:type="dxa"/>
          </w:tcPr>
          <w:p w14:paraId="7B594112" w14:textId="647DE018" w:rsidR="00CF2F80" w:rsidRPr="00CF2F80" w:rsidRDefault="00CF2F80" w:rsidP="0022660A">
            <w:pPr>
              <w:spacing w:line="480" w:lineRule="auto"/>
              <w:rPr>
                <w:rFonts w:ascii="Arial" w:hAnsi="Arial" w:cs="Arial"/>
              </w:rPr>
            </w:pPr>
            <w:r w:rsidRPr="00CF2F80">
              <w:rPr>
                <w:rFonts w:ascii="Arial" w:hAnsi="Arial" w:cs="Arial"/>
              </w:rPr>
              <w:t>Number of dependent children and ages:</w:t>
            </w:r>
          </w:p>
        </w:tc>
        <w:tc>
          <w:tcPr>
            <w:tcW w:w="4320" w:type="dxa"/>
          </w:tcPr>
          <w:p w14:paraId="2A22567D" w14:textId="77777777" w:rsidR="00F50B73" w:rsidRPr="00CF2F80" w:rsidRDefault="00F50B73" w:rsidP="0022660A">
            <w:pPr>
              <w:spacing w:line="480" w:lineRule="auto"/>
              <w:rPr>
                <w:rFonts w:ascii="Arial" w:hAnsi="Arial" w:cs="Arial"/>
              </w:rPr>
            </w:pPr>
          </w:p>
        </w:tc>
      </w:tr>
      <w:tr w:rsidR="00CF2F80" w:rsidRPr="00CF2F80" w14:paraId="6B47D974" w14:textId="77777777">
        <w:tc>
          <w:tcPr>
            <w:tcW w:w="4320" w:type="dxa"/>
          </w:tcPr>
          <w:p w14:paraId="12ACFCD2" w14:textId="417C9C1D" w:rsidR="00CF2F80" w:rsidRPr="00CF2F80" w:rsidRDefault="00CF2F80" w:rsidP="0022660A">
            <w:pPr>
              <w:spacing w:line="480" w:lineRule="auto"/>
              <w:rPr>
                <w:rFonts w:ascii="Arial" w:hAnsi="Arial" w:cs="Arial"/>
              </w:rPr>
            </w:pPr>
            <w:r w:rsidRPr="00CF2F80">
              <w:rPr>
                <w:rFonts w:ascii="Arial" w:hAnsi="Arial" w:cs="Arial"/>
              </w:rPr>
              <w:t>Any other household members:</w:t>
            </w:r>
          </w:p>
        </w:tc>
        <w:tc>
          <w:tcPr>
            <w:tcW w:w="4320" w:type="dxa"/>
          </w:tcPr>
          <w:p w14:paraId="116BAFE7" w14:textId="77777777" w:rsidR="00CF2F80" w:rsidRPr="00CF2F80" w:rsidRDefault="00CF2F80" w:rsidP="0022660A">
            <w:pPr>
              <w:spacing w:line="480" w:lineRule="auto"/>
              <w:rPr>
                <w:rFonts w:ascii="Arial" w:hAnsi="Arial" w:cs="Arial"/>
              </w:rPr>
            </w:pPr>
          </w:p>
        </w:tc>
      </w:tr>
    </w:tbl>
    <w:p w14:paraId="570034CE" w14:textId="77777777" w:rsidR="00007848" w:rsidRDefault="00007848">
      <w:pPr>
        <w:rPr>
          <w:rFonts w:ascii="Arial" w:hAnsi="Arial" w:cs="Arial"/>
        </w:rPr>
      </w:pPr>
    </w:p>
    <w:p w14:paraId="392A8916" w14:textId="0C1A1183" w:rsidR="00F50B73" w:rsidRPr="008300BF" w:rsidRDefault="003140A2">
      <w:pPr>
        <w:rPr>
          <w:rFonts w:ascii="Arial" w:hAnsi="Arial" w:cs="Arial"/>
          <w:b/>
          <w:bCs/>
        </w:rPr>
      </w:pPr>
      <w:r w:rsidRPr="008300BF">
        <w:rPr>
          <w:rFonts w:ascii="Arial" w:hAnsi="Arial" w:cs="Arial"/>
          <w:b/>
          <w:bCs/>
        </w:rPr>
        <w:t xml:space="preserve">PART C:  </w:t>
      </w:r>
      <w:r w:rsidR="00292CC5" w:rsidRPr="008300BF">
        <w:rPr>
          <w:rFonts w:ascii="Arial" w:hAnsi="Arial" w:cs="Arial"/>
          <w:b/>
          <w:bCs/>
        </w:rPr>
        <w:t>WHAT HELP DO YOU NEED?</w:t>
      </w:r>
    </w:p>
    <w:tbl>
      <w:tblPr>
        <w:tblStyle w:val="TableGrid"/>
        <w:tblW w:w="8897" w:type="dxa"/>
        <w:tblLook w:val="04A0" w:firstRow="1" w:lastRow="0" w:firstColumn="1" w:lastColumn="0" w:noHBand="0" w:noVBand="1"/>
      </w:tblPr>
      <w:tblGrid>
        <w:gridCol w:w="4320"/>
        <w:gridCol w:w="4536"/>
        <w:gridCol w:w="41"/>
      </w:tblGrid>
      <w:tr w:rsidR="00CF2F80" w:rsidRPr="00CF2F80" w14:paraId="60AAD3B7" w14:textId="77777777" w:rsidTr="00CF2F80">
        <w:trPr>
          <w:gridAfter w:val="1"/>
          <w:wAfter w:w="41" w:type="dxa"/>
        </w:trPr>
        <w:tc>
          <w:tcPr>
            <w:tcW w:w="8856" w:type="dxa"/>
            <w:gridSpan w:val="2"/>
          </w:tcPr>
          <w:p w14:paraId="20D9DAC7" w14:textId="77777777" w:rsidR="00CF2F80" w:rsidRPr="00CF2F80" w:rsidRDefault="00CF2F80" w:rsidP="00007848">
            <w:pPr>
              <w:spacing w:line="480" w:lineRule="auto"/>
              <w:rPr>
                <w:rFonts w:ascii="Arial" w:hAnsi="Arial" w:cs="Arial"/>
              </w:rPr>
            </w:pPr>
            <w:r w:rsidRPr="00CF2F80">
              <w:rPr>
                <w:rFonts w:ascii="Arial" w:hAnsi="Arial" w:cs="Arial"/>
              </w:rPr>
              <w:t>Describe what you need help with and why:</w:t>
            </w:r>
          </w:p>
        </w:tc>
      </w:tr>
      <w:tr w:rsidR="00CF2F80" w:rsidRPr="00CF2F80" w14:paraId="671E90C4" w14:textId="77777777" w:rsidTr="00CF2F80">
        <w:trPr>
          <w:gridAfter w:val="1"/>
          <w:wAfter w:w="41" w:type="dxa"/>
        </w:trPr>
        <w:tc>
          <w:tcPr>
            <w:tcW w:w="8856" w:type="dxa"/>
            <w:gridSpan w:val="2"/>
          </w:tcPr>
          <w:p w14:paraId="39D80CD4" w14:textId="77777777" w:rsidR="00CF2F80" w:rsidRPr="00CF2F80" w:rsidRDefault="00CF2F80" w:rsidP="00007848">
            <w:pPr>
              <w:spacing w:line="480" w:lineRule="auto"/>
              <w:rPr>
                <w:rFonts w:ascii="Arial" w:hAnsi="Arial" w:cs="Arial"/>
              </w:rPr>
            </w:pPr>
            <w:r w:rsidRPr="00CF2F80">
              <w:rPr>
                <w:rFonts w:ascii="Arial" w:hAnsi="Arial" w:cs="Arial"/>
              </w:rPr>
              <w:br/>
            </w:r>
          </w:p>
          <w:p w14:paraId="77F00544" w14:textId="77777777" w:rsidR="00CF2F80" w:rsidRPr="00CF2F80" w:rsidRDefault="00CF2F80" w:rsidP="00007848">
            <w:pPr>
              <w:spacing w:line="480" w:lineRule="auto"/>
              <w:rPr>
                <w:rFonts w:ascii="Arial" w:hAnsi="Arial" w:cs="Arial"/>
              </w:rPr>
            </w:pPr>
          </w:p>
          <w:p w14:paraId="14890201" w14:textId="77777777" w:rsidR="00CF2F80" w:rsidRPr="00CF2F80" w:rsidRDefault="00CF2F80" w:rsidP="00007848">
            <w:pPr>
              <w:spacing w:line="480" w:lineRule="auto"/>
              <w:rPr>
                <w:rFonts w:ascii="Arial" w:hAnsi="Arial" w:cs="Arial"/>
              </w:rPr>
            </w:pPr>
          </w:p>
        </w:tc>
      </w:tr>
      <w:tr w:rsidR="00F50B73" w:rsidRPr="00CF2F80" w14:paraId="0578137B" w14:textId="77777777" w:rsidTr="00CF2F80">
        <w:tc>
          <w:tcPr>
            <w:tcW w:w="4320" w:type="dxa"/>
          </w:tcPr>
          <w:p w14:paraId="00DA2527" w14:textId="16DF3AB7" w:rsidR="00F50B73" w:rsidRPr="00CF2F80" w:rsidRDefault="00292CC5" w:rsidP="00007848">
            <w:pPr>
              <w:spacing w:line="480" w:lineRule="auto"/>
              <w:rPr>
                <w:rFonts w:ascii="Arial" w:hAnsi="Arial" w:cs="Arial"/>
              </w:rPr>
            </w:pPr>
            <w:r w:rsidRPr="00CF2F80">
              <w:rPr>
                <w:rFonts w:ascii="Arial" w:hAnsi="Arial" w:cs="Arial"/>
              </w:rPr>
              <w:t>Estimated Cost</w:t>
            </w:r>
            <w:r w:rsidR="00CF2F80" w:rsidRPr="00CF2F80">
              <w:rPr>
                <w:rFonts w:ascii="Arial" w:hAnsi="Arial" w:cs="Arial"/>
              </w:rPr>
              <w:t>:</w:t>
            </w:r>
          </w:p>
        </w:tc>
        <w:tc>
          <w:tcPr>
            <w:tcW w:w="4577" w:type="dxa"/>
            <w:gridSpan w:val="2"/>
          </w:tcPr>
          <w:p w14:paraId="4BCFFF0B" w14:textId="5E9E639A" w:rsidR="00F50B73" w:rsidRPr="00CF2F80" w:rsidRDefault="00CF2F80" w:rsidP="00007848">
            <w:pPr>
              <w:spacing w:line="480" w:lineRule="auto"/>
              <w:rPr>
                <w:rFonts w:ascii="Arial" w:hAnsi="Arial" w:cs="Arial"/>
              </w:rPr>
            </w:pPr>
            <w:r w:rsidRPr="00CF2F80">
              <w:rPr>
                <w:rFonts w:ascii="Arial" w:hAnsi="Arial" w:cs="Arial"/>
              </w:rPr>
              <w:t>£</w:t>
            </w:r>
          </w:p>
        </w:tc>
      </w:tr>
      <w:tr w:rsidR="00F50B73" w:rsidRPr="00CF2F80" w14:paraId="4F18297C" w14:textId="77777777" w:rsidTr="00CF2F80">
        <w:tc>
          <w:tcPr>
            <w:tcW w:w="4320" w:type="dxa"/>
          </w:tcPr>
          <w:p w14:paraId="6A900363" w14:textId="6359A1FF" w:rsidR="00F50B73" w:rsidRPr="00CF2F80" w:rsidRDefault="00292CC5" w:rsidP="00007848">
            <w:pPr>
              <w:spacing w:line="480" w:lineRule="auto"/>
              <w:rPr>
                <w:rFonts w:ascii="Arial" w:hAnsi="Arial" w:cs="Arial"/>
              </w:rPr>
            </w:pPr>
            <w:r w:rsidRPr="00CF2F80">
              <w:rPr>
                <w:rFonts w:ascii="Arial" w:hAnsi="Arial" w:cs="Arial"/>
              </w:rPr>
              <w:t xml:space="preserve">Amount Requested </w:t>
            </w:r>
            <w:r w:rsidR="00CF2F80" w:rsidRPr="00CF2F80">
              <w:rPr>
                <w:rFonts w:ascii="Arial" w:hAnsi="Arial" w:cs="Arial"/>
              </w:rPr>
              <w:t xml:space="preserve"> </w:t>
            </w:r>
          </w:p>
        </w:tc>
        <w:tc>
          <w:tcPr>
            <w:tcW w:w="4577" w:type="dxa"/>
            <w:gridSpan w:val="2"/>
          </w:tcPr>
          <w:p w14:paraId="31DEE587" w14:textId="00A89665" w:rsidR="00F50B73" w:rsidRPr="00CF2F80" w:rsidRDefault="00CF2F80" w:rsidP="00007848">
            <w:pPr>
              <w:spacing w:line="480" w:lineRule="auto"/>
              <w:rPr>
                <w:rFonts w:ascii="Arial" w:hAnsi="Arial" w:cs="Arial"/>
              </w:rPr>
            </w:pPr>
            <w:r w:rsidRPr="00CF2F80">
              <w:rPr>
                <w:rFonts w:ascii="Arial" w:hAnsi="Arial" w:cs="Arial"/>
              </w:rPr>
              <w:t>£</w:t>
            </w:r>
          </w:p>
        </w:tc>
      </w:tr>
      <w:tr w:rsidR="00F50B73" w:rsidRPr="00CF2F80" w14:paraId="278A6C51" w14:textId="77777777" w:rsidTr="00CF2F80">
        <w:tc>
          <w:tcPr>
            <w:tcW w:w="4320" w:type="dxa"/>
          </w:tcPr>
          <w:p w14:paraId="6CFC51C9" w14:textId="6C12F833" w:rsidR="00F50B73" w:rsidRPr="00CF2F80" w:rsidRDefault="00CF2F80" w:rsidP="00007848">
            <w:pPr>
              <w:spacing w:line="480" w:lineRule="auto"/>
              <w:rPr>
                <w:rFonts w:ascii="Arial" w:hAnsi="Arial" w:cs="Arial"/>
              </w:rPr>
            </w:pPr>
            <w:r w:rsidRPr="00CF2F80">
              <w:rPr>
                <w:rFonts w:ascii="Arial" w:hAnsi="Arial" w:cs="Arial"/>
              </w:rPr>
              <w:t>Details of any quotes obtained:</w:t>
            </w:r>
          </w:p>
        </w:tc>
        <w:tc>
          <w:tcPr>
            <w:tcW w:w="4577" w:type="dxa"/>
            <w:gridSpan w:val="2"/>
          </w:tcPr>
          <w:p w14:paraId="26DA80C2" w14:textId="77777777" w:rsidR="00F50B73" w:rsidRPr="00CF2F80" w:rsidRDefault="00F50B73" w:rsidP="00007848">
            <w:pPr>
              <w:spacing w:line="480" w:lineRule="auto"/>
              <w:rPr>
                <w:rFonts w:ascii="Arial" w:hAnsi="Arial" w:cs="Arial"/>
              </w:rPr>
            </w:pPr>
          </w:p>
        </w:tc>
      </w:tr>
    </w:tbl>
    <w:p w14:paraId="5308D3E9" w14:textId="77777777" w:rsidR="00007848" w:rsidRDefault="00007848">
      <w:pPr>
        <w:rPr>
          <w:rFonts w:ascii="Arial" w:hAnsi="Arial" w:cs="Arial"/>
        </w:rPr>
      </w:pPr>
    </w:p>
    <w:p w14:paraId="182E4029" w14:textId="77777777" w:rsidR="00007848" w:rsidRDefault="00007848">
      <w:pPr>
        <w:rPr>
          <w:rFonts w:ascii="Arial" w:hAnsi="Arial" w:cs="Arial"/>
        </w:rPr>
      </w:pPr>
    </w:p>
    <w:p w14:paraId="22091E5A" w14:textId="77777777" w:rsidR="00007848" w:rsidRDefault="00007848">
      <w:pPr>
        <w:rPr>
          <w:rFonts w:ascii="Arial" w:hAnsi="Arial" w:cs="Arial"/>
        </w:rPr>
      </w:pPr>
    </w:p>
    <w:p w14:paraId="78EA6578" w14:textId="43BE7661" w:rsidR="00F50B73" w:rsidRPr="008300BF" w:rsidRDefault="003140A2">
      <w:pPr>
        <w:rPr>
          <w:rFonts w:ascii="Arial" w:hAnsi="Arial" w:cs="Arial"/>
          <w:b/>
          <w:bCs/>
        </w:rPr>
      </w:pPr>
      <w:r w:rsidRPr="008300BF">
        <w:rPr>
          <w:rFonts w:ascii="Arial" w:hAnsi="Arial" w:cs="Arial"/>
          <w:b/>
          <w:bCs/>
        </w:rPr>
        <w:lastRenderedPageBreak/>
        <w:t xml:space="preserve">PART D:  </w:t>
      </w:r>
      <w:r w:rsidR="00292CC5" w:rsidRPr="008300BF">
        <w:rPr>
          <w:rFonts w:ascii="Arial" w:hAnsi="Arial" w:cs="Arial"/>
          <w:b/>
          <w:bCs/>
        </w:rPr>
        <w:t>OTHER FUNDING</w:t>
      </w:r>
    </w:p>
    <w:tbl>
      <w:tblPr>
        <w:tblStyle w:val="TableGrid"/>
        <w:tblW w:w="0" w:type="auto"/>
        <w:tblLook w:val="04A0" w:firstRow="1" w:lastRow="0" w:firstColumn="1" w:lastColumn="0" w:noHBand="0" w:noVBand="1"/>
      </w:tblPr>
      <w:tblGrid>
        <w:gridCol w:w="8630"/>
      </w:tblGrid>
      <w:tr w:rsidR="00CF2F80" w:rsidRPr="00CF2F80" w14:paraId="09C121E2" w14:textId="77777777" w:rsidTr="00CF2F80">
        <w:tc>
          <w:tcPr>
            <w:tcW w:w="8856" w:type="dxa"/>
          </w:tcPr>
          <w:p w14:paraId="0D18C16D" w14:textId="22088B02" w:rsidR="00CF2F80" w:rsidRPr="00CF2F80" w:rsidRDefault="00CF2F80" w:rsidP="00007848">
            <w:pPr>
              <w:spacing w:line="480" w:lineRule="auto"/>
              <w:rPr>
                <w:rFonts w:ascii="Arial" w:hAnsi="Arial" w:cs="Arial"/>
              </w:rPr>
            </w:pPr>
            <w:r w:rsidRPr="00CF2F80">
              <w:rPr>
                <w:rFonts w:ascii="Arial" w:hAnsi="Arial" w:cs="Arial"/>
              </w:rPr>
              <w:t>Details of any other grant applications made:</w:t>
            </w:r>
          </w:p>
        </w:tc>
      </w:tr>
      <w:tr w:rsidR="00CF2F80" w:rsidRPr="00CF2F80" w14:paraId="3F5D4EEA" w14:textId="77777777" w:rsidTr="00CF2F80">
        <w:tc>
          <w:tcPr>
            <w:tcW w:w="8856" w:type="dxa"/>
          </w:tcPr>
          <w:p w14:paraId="513D7FD1" w14:textId="77777777" w:rsidR="00CF2F80" w:rsidRPr="00CF2F80" w:rsidRDefault="00CF2F80" w:rsidP="00007848">
            <w:pPr>
              <w:spacing w:line="480" w:lineRule="auto"/>
              <w:rPr>
                <w:rFonts w:ascii="Arial" w:hAnsi="Arial" w:cs="Arial"/>
              </w:rPr>
            </w:pPr>
          </w:p>
        </w:tc>
      </w:tr>
    </w:tbl>
    <w:p w14:paraId="5343A12E" w14:textId="7BF9ACC5" w:rsidR="00F50B73" w:rsidRPr="003140A2" w:rsidRDefault="00292CC5">
      <w:pPr>
        <w:rPr>
          <w:rFonts w:ascii="Arial" w:hAnsi="Arial" w:cs="Arial"/>
          <w:b/>
          <w:bCs/>
          <w:sz w:val="24"/>
          <w:szCs w:val="24"/>
        </w:rPr>
      </w:pPr>
      <w:r>
        <w:br/>
      </w:r>
      <w:r w:rsidR="003140A2" w:rsidRPr="003140A2">
        <w:rPr>
          <w:rFonts w:ascii="Arial" w:hAnsi="Arial" w:cs="Arial"/>
          <w:b/>
          <w:bCs/>
          <w:sz w:val="24"/>
          <w:szCs w:val="24"/>
        </w:rPr>
        <w:t>SECTION 3 -</w:t>
      </w:r>
      <w:r w:rsidR="003140A2">
        <w:rPr>
          <w:rFonts w:ascii="Arial" w:hAnsi="Arial" w:cs="Arial"/>
          <w:b/>
          <w:bCs/>
          <w:sz w:val="24"/>
          <w:szCs w:val="24"/>
        </w:rPr>
        <w:t xml:space="preserve"> </w:t>
      </w:r>
      <w:r w:rsidR="00CF2F80" w:rsidRPr="003140A2">
        <w:rPr>
          <w:rFonts w:ascii="Arial" w:hAnsi="Arial" w:cs="Arial"/>
          <w:b/>
          <w:bCs/>
          <w:sz w:val="24"/>
          <w:szCs w:val="24"/>
        </w:rPr>
        <w:t>HOUSEHOLD FINANCES</w:t>
      </w:r>
    </w:p>
    <w:p w14:paraId="2B2E12A8" w14:textId="438212D2" w:rsidR="00CF2F80" w:rsidRDefault="00CF2F80" w:rsidP="00007848">
      <w:pPr>
        <w:autoSpaceDE w:val="0"/>
        <w:autoSpaceDN w:val="0"/>
        <w:adjustRightInd w:val="0"/>
        <w:spacing w:after="140" w:line="221" w:lineRule="atLeast"/>
        <w:jc w:val="both"/>
        <w:rPr>
          <w:rFonts w:ascii="Arial" w:hAnsi="Arial" w:cs="Arial"/>
          <w:iCs/>
          <w:color w:val="000000"/>
          <w:sz w:val="24"/>
          <w:szCs w:val="24"/>
        </w:rPr>
      </w:pPr>
      <w:r w:rsidRPr="00007848">
        <w:rPr>
          <w:rFonts w:ascii="Arial" w:hAnsi="Arial" w:cs="Arial"/>
          <w:iCs/>
          <w:color w:val="000000"/>
          <w:sz w:val="24"/>
          <w:szCs w:val="24"/>
        </w:rPr>
        <w:t>Please indicate which (if any) of the following benefits are currently being received noting that you may be required to complete the additional financial information form at Appendix A should the application exceed £250.</w:t>
      </w:r>
    </w:p>
    <w:p w14:paraId="04EFAD98" w14:textId="77777777" w:rsidR="00007848" w:rsidRPr="00007848" w:rsidRDefault="00007848" w:rsidP="00007848">
      <w:pPr>
        <w:autoSpaceDE w:val="0"/>
        <w:autoSpaceDN w:val="0"/>
        <w:adjustRightInd w:val="0"/>
        <w:spacing w:after="140" w:line="221" w:lineRule="atLeast"/>
        <w:jc w:val="both"/>
        <w:rPr>
          <w:rFonts w:ascii="Arial" w:hAnsi="Arial" w:cs="Arial"/>
          <w:iCs/>
          <w:color w:val="000000"/>
          <w:sz w:val="24"/>
          <w:szCs w:val="24"/>
        </w:rPr>
      </w:pPr>
    </w:p>
    <w:p w14:paraId="648B53D3" w14:textId="77777777" w:rsidR="00F50B73" w:rsidRPr="00007848" w:rsidRDefault="00292CC5">
      <w:pPr>
        <w:rPr>
          <w:rFonts w:ascii="Arial" w:hAnsi="Arial" w:cs="Arial"/>
        </w:rPr>
      </w:pPr>
      <w:r w:rsidRPr="00007848">
        <w:rPr>
          <w:rFonts w:ascii="Arial" w:hAnsi="Arial" w:cs="Arial"/>
        </w:rPr>
        <w:t>BENEFITS – Tick all that apply</w:t>
      </w:r>
    </w:p>
    <w:p w14:paraId="501BB7FE" w14:textId="77777777" w:rsidR="00F50B73" w:rsidRPr="00007848" w:rsidRDefault="00292CC5">
      <w:pPr>
        <w:rPr>
          <w:rFonts w:ascii="Arial" w:hAnsi="Arial" w:cs="Arial"/>
        </w:rPr>
      </w:pPr>
      <w:r w:rsidRPr="00007848">
        <w:rPr>
          <w:rFonts w:ascii="Segoe UI Symbol" w:hAnsi="Segoe UI Symbol" w:cs="Segoe UI Symbol"/>
          <w:sz w:val="24"/>
          <w:szCs w:val="24"/>
        </w:rPr>
        <w:t>☐</w:t>
      </w:r>
      <w:r w:rsidRPr="00007848">
        <w:rPr>
          <w:rFonts w:ascii="Arial" w:hAnsi="Arial" w:cs="Arial"/>
        </w:rPr>
        <w:t xml:space="preserve"> Universal Credit</w:t>
      </w:r>
    </w:p>
    <w:p w14:paraId="526E6C28" w14:textId="4684AB50" w:rsidR="00F50B73" w:rsidRPr="00007848" w:rsidRDefault="00292CC5">
      <w:pPr>
        <w:rPr>
          <w:rFonts w:ascii="Arial" w:hAnsi="Arial" w:cs="Arial"/>
          <w:sz w:val="24"/>
          <w:szCs w:val="24"/>
        </w:rPr>
      </w:pPr>
      <w:r w:rsidRPr="00007848">
        <w:rPr>
          <w:rFonts w:ascii="Segoe UI Symbol" w:hAnsi="Segoe UI Symbol" w:cs="Segoe UI Symbol"/>
          <w:sz w:val="24"/>
          <w:szCs w:val="24"/>
        </w:rPr>
        <w:t>☐</w:t>
      </w:r>
      <w:r w:rsidRPr="00007848">
        <w:rPr>
          <w:rFonts w:ascii="Arial" w:hAnsi="Arial" w:cs="Arial"/>
          <w:sz w:val="24"/>
          <w:szCs w:val="24"/>
        </w:rPr>
        <w:t xml:space="preserve"> </w:t>
      </w:r>
      <w:r w:rsidR="002E0974">
        <w:rPr>
          <w:rFonts w:ascii="Arial" w:hAnsi="Arial" w:cs="Arial"/>
          <w:sz w:val="24"/>
          <w:szCs w:val="24"/>
        </w:rPr>
        <w:t>Employment and Support Allowance (</w:t>
      </w:r>
      <w:r w:rsidRPr="00007848">
        <w:rPr>
          <w:rFonts w:ascii="Arial" w:hAnsi="Arial" w:cs="Arial"/>
          <w:sz w:val="24"/>
          <w:szCs w:val="24"/>
        </w:rPr>
        <w:t>ESA</w:t>
      </w:r>
      <w:r w:rsidR="002E0974">
        <w:rPr>
          <w:rFonts w:ascii="Arial" w:hAnsi="Arial" w:cs="Arial"/>
          <w:sz w:val="24"/>
          <w:szCs w:val="24"/>
        </w:rPr>
        <w:t>)</w:t>
      </w:r>
    </w:p>
    <w:p w14:paraId="71380F0C" w14:textId="77777777" w:rsidR="00F50B73" w:rsidRPr="00007848" w:rsidRDefault="00292CC5">
      <w:pPr>
        <w:rPr>
          <w:rFonts w:ascii="Arial" w:hAnsi="Arial" w:cs="Arial"/>
          <w:sz w:val="24"/>
          <w:szCs w:val="24"/>
        </w:rPr>
      </w:pPr>
      <w:r w:rsidRPr="00007848">
        <w:rPr>
          <w:rFonts w:ascii="Segoe UI Symbol" w:hAnsi="Segoe UI Symbol" w:cs="Segoe UI Symbol"/>
          <w:sz w:val="24"/>
          <w:szCs w:val="24"/>
        </w:rPr>
        <w:t>☐</w:t>
      </w:r>
      <w:r w:rsidRPr="00007848">
        <w:rPr>
          <w:rFonts w:ascii="Arial" w:hAnsi="Arial" w:cs="Arial"/>
          <w:sz w:val="24"/>
          <w:szCs w:val="24"/>
        </w:rPr>
        <w:t xml:space="preserve"> Income Support</w:t>
      </w:r>
    </w:p>
    <w:p w14:paraId="0EA63B5E" w14:textId="125524D4" w:rsidR="00F50B73" w:rsidRPr="00007848" w:rsidRDefault="00292CC5">
      <w:pPr>
        <w:rPr>
          <w:rFonts w:ascii="Arial" w:hAnsi="Arial" w:cs="Arial"/>
          <w:sz w:val="24"/>
          <w:szCs w:val="24"/>
        </w:rPr>
      </w:pPr>
      <w:r w:rsidRPr="00007848">
        <w:rPr>
          <w:rFonts w:ascii="Segoe UI Symbol" w:hAnsi="Segoe UI Symbol" w:cs="Segoe UI Symbol"/>
          <w:sz w:val="24"/>
          <w:szCs w:val="24"/>
        </w:rPr>
        <w:t>☐</w:t>
      </w:r>
      <w:r w:rsidRPr="00007848">
        <w:rPr>
          <w:rFonts w:ascii="Arial" w:hAnsi="Arial" w:cs="Arial"/>
          <w:sz w:val="24"/>
          <w:szCs w:val="24"/>
        </w:rPr>
        <w:t xml:space="preserve"> J</w:t>
      </w:r>
      <w:r w:rsidR="002E0974">
        <w:rPr>
          <w:rFonts w:ascii="Arial" w:hAnsi="Arial" w:cs="Arial"/>
          <w:sz w:val="24"/>
          <w:szCs w:val="24"/>
        </w:rPr>
        <w:t>obseekers Allowance (JSA)</w:t>
      </w:r>
    </w:p>
    <w:p w14:paraId="1A40504E" w14:textId="77777777" w:rsidR="00F50B73" w:rsidRPr="00007848" w:rsidRDefault="00292CC5">
      <w:pPr>
        <w:rPr>
          <w:rFonts w:ascii="Arial" w:hAnsi="Arial" w:cs="Arial"/>
          <w:sz w:val="24"/>
          <w:szCs w:val="24"/>
        </w:rPr>
      </w:pPr>
      <w:r w:rsidRPr="00007848">
        <w:rPr>
          <w:rFonts w:ascii="Segoe UI Symbol" w:hAnsi="Segoe UI Symbol" w:cs="Segoe UI Symbol"/>
          <w:sz w:val="24"/>
          <w:szCs w:val="24"/>
        </w:rPr>
        <w:t>☐</w:t>
      </w:r>
      <w:r w:rsidRPr="00007848">
        <w:rPr>
          <w:rFonts w:ascii="Arial" w:hAnsi="Arial" w:cs="Arial"/>
          <w:sz w:val="24"/>
          <w:szCs w:val="24"/>
        </w:rPr>
        <w:t xml:space="preserve"> Pension Credit</w:t>
      </w:r>
    </w:p>
    <w:p w14:paraId="30557AEE" w14:textId="77777777" w:rsidR="00F50B73" w:rsidRPr="00007848" w:rsidRDefault="00292CC5">
      <w:pPr>
        <w:rPr>
          <w:rFonts w:ascii="Arial" w:hAnsi="Arial" w:cs="Arial"/>
          <w:sz w:val="24"/>
          <w:szCs w:val="24"/>
        </w:rPr>
      </w:pPr>
      <w:r w:rsidRPr="00007848">
        <w:rPr>
          <w:rFonts w:ascii="Segoe UI Symbol" w:hAnsi="Segoe UI Symbol" w:cs="Segoe UI Symbol"/>
          <w:sz w:val="24"/>
          <w:szCs w:val="24"/>
        </w:rPr>
        <w:t>☐</w:t>
      </w:r>
      <w:r w:rsidRPr="00007848">
        <w:rPr>
          <w:rFonts w:ascii="Arial" w:hAnsi="Arial" w:cs="Arial"/>
          <w:sz w:val="24"/>
          <w:szCs w:val="24"/>
        </w:rPr>
        <w:t xml:space="preserve"> Housing Benefit</w:t>
      </w:r>
    </w:p>
    <w:p w14:paraId="5A59D7F2" w14:textId="77777777" w:rsidR="00F50B73" w:rsidRPr="00007848" w:rsidRDefault="00292CC5">
      <w:pPr>
        <w:rPr>
          <w:rFonts w:ascii="Arial" w:hAnsi="Arial" w:cs="Arial"/>
          <w:sz w:val="24"/>
          <w:szCs w:val="24"/>
        </w:rPr>
      </w:pPr>
      <w:r w:rsidRPr="00007848">
        <w:rPr>
          <w:rFonts w:ascii="Segoe UI Symbol" w:hAnsi="Segoe UI Symbol" w:cs="Segoe UI Symbol"/>
          <w:sz w:val="24"/>
          <w:szCs w:val="24"/>
        </w:rPr>
        <w:t>☐</w:t>
      </w:r>
      <w:r w:rsidRPr="00007848">
        <w:rPr>
          <w:rFonts w:ascii="Arial" w:hAnsi="Arial" w:cs="Arial"/>
          <w:sz w:val="24"/>
          <w:szCs w:val="24"/>
        </w:rPr>
        <w:t xml:space="preserve"> Council Tax Reduction</w:t>
      </w:r>
    </w:p>
    <w:p w14:paraId="43BE56CD" w14:textId="77777777" w:rsidR="00F50B73" w:rsidRPr="00007848" w:rsidRDefault="00292CC5">
      <w:pPr>
        <w:rPr>
          <w:rFonts w:ascii="Arial" w:hAnsi="Arial" w:cs="Arial"/>
          <w:sz w:val="24"/>
          <w:szCs w:val="24"/>
        </w:rPr>
      </w:pPr>
      <w:r w:rsidRPr="00007848">
        <w:rPr>
          <w:rFonts w:ascii="Segoe UI Symbol" w:hAnsi="Segoe UI Symbol" w:cs="Segoe UI Symbol"/>
          <w:sz w:val="24"/>
          <w:szCs w:val="24"/>
        </w:rPr>
        <w:t>☐</w:t>
      </w:r>
      <w:r w:rsidRPr="00007848">
        <w:rPr>
          <w:rFonts w:ascii="Arial" w:hAnsi="Arial" w:cs="Arial"/>
          <w:sz w:val="24"/>
          <w:szCs w:val="24"/>
        </w:rPr>
        <w:t xml:space="preserve"> Free School Meals</w:t>
      </w:r>
    </w:p>
    <w:p w14:paraId="7814C1EC" w14:textId="77777777" w:rsidR="00F50B73" w:rsidRPr="00007848" w:rsidRDefault="00292CC5">
      <w:pPr>
        <w:rPr>
          <w:rFonts w:ascii="Arial" w:hAnsi="Arial" w:cs="Arial"/>
          <w:sz w:val="24"/>
          <w:szCs w:val="24"/>
        </w:rPr>
      </w:pPr>
      <w:r w:rsidRPr="00007848">
        <w:rPr>
          <w:rFonts w:ascii="Segoe UI Symbol" w:hAnsi="Segoe UI Symbol" w:cs="Segoe UI Symbol"/>
          <w:sz w:val="24"/>
          <w:szCs w:val="24"/>
        </w:rPr>
        <w:t>☐</w:t>
      </w:r>
      <w:r w:rsidRPr="00007848">
        <w:rPr>
          <w:rFonts w:ascii="Arial" w:hAnsi="Arial" w:cs="Arial"/>
          <w:sz w:val="24"/>
          <w:szCs w:val="24"/>
        </w:rPr>
        <w:t xml:space="preserve"> Healthy Start</w:t>
      </w:r>
    </w:p>
    <w:p w14:paraId="4F607790" w14:textId="6F434E44" w:rsidR="00F50B73" w:rsidRPr="00007848" w:rsidRDefault="00292CC5">
      <w:pPr>
        <w:rPr>
          <w:rFonts w:ascii="Arial" w:hAnsi="Arial" w:cs="Arial"/>
          <w:sz w:val="24"/>
          <w:szCs w:val="24"/>
        </w:rPr>
      </w:pPr>
      <w:r w:rsidRPr="00007848">
        <w:rPr>
          <w:rFonts w:ascii="Segoe UI Symbol" w:hAnsi="Segoe UI Symbol" w:cs="Segoe UI Symbol"/>
          <w:sz w:val="24"/>
          <w:szCs w:val="24"/>
        </w:rPr>
        <w:t>☐</w:t>
      </w:r>
      <w:r w:rsidRPr="00007848">
        <w:rPr>
          <w:rFonts w:ascii="Arial" w:hAnsi="Arial" w:cs="Arial"/>
          <w:sz w:val="24"/>
          <w:szCs w:val="24"/>
        </w:rPr>
        <w:t xml:space="preserve"> D</w:t>
      </w:r>
      <w:r w:rsidR="002E0974">
        <w:rPr>
          <w:rFonts w:ascii="Arial" w:hAnsi="Arial" w:cs="Arial"/>
          <w:sz w:val="24"/>
          <w:szCs w:val="24"/>
        </w:rPr>
        <w:t>iscretionary Housing Payment (DHP)</w:t>
      </w:r>
    </w:p>
    <w:p w14:paraId="42D7C0D4" w14:textId="350CA60C" w:rsidR="00F50B73" w:rsidRDefault="00292CC5">
      <w:pPr>
        <w:rPr>
          <w:rFonts w:ascii="Arial" w:hAnsi="Arial" w:cs="Arial"/>
          <w:sz w:val="24"/>
          <w:szCs w:val="24"/>
        </w:rPr>
      </w:pPr>
      <w:r w:rsidRPr="00007848">
        <w:rPr>
          <w:rFonts w:ascii="Segoe UI Symbol" w:hAnsi="Segoe UI Symbol" w:cs="Segoe UI Symbol"/>
          <w:sz w:val="24"/>
          <w:szCs w:val="24"/>
        </w:rPr>
        <w:t>☐</w:t>
      </w:r>
      <w:r w:rsidRPr="00007848">
        <w:rPr>
          <w:rFonts w:ascii="Arial" w:hAnsi="Arial" w:cs="Arial"/>
          <w:sz w:val="24"/>
          <w:szCs w:val="24"/>
        </w:rPr>
        <w:t xml:space="preserve"> None</w:t>
      </w:r>
      <w:r w:rsidR="00007848">
        <w:rPr>
          <w:rFonts w:ascii="Arial" w:hAnsi="Arial" w:cs="Arial"/>
          <w:sz w:val="24"/>
          <w:szCs w:val="24"/>
        </w:rPr>
        <w:t xml:space="preserve"> (please complete Appendix A)</w:t>
      </w:r>
    </w:p>
    <w:p w14:paraId="71EA9BBB" w14:textId="1D8AEB37" w:rsidR="00007848" w:rsidRPr="00315629" w:rsidRDefault="00007848" w:rsidP="00007848">
      <w:pPr>
        <w:autoSpaceDE w:val="0"/>
        <w:autoSpaceDN w:val="0"/>
        <w:adjustRightInd w:val="0"/>
        <w:spacing w:after="220" w:line="221" w:lineRule="atLeast"/>
        <w:jc w:val="both"/>
        <w:rPr>
          <w:rFonts w:ascii="Arial" w:hAnsi="Arial" w:cs="Arial"/>
          <w:color w:val="000000"/>
          <w:sz w:val="24"/>
          <w:szCs w:val="24"/>
        </w:rPr>
      </w:pPr>
      <w:r w:rsidRPr="00315629">
        <w:rPr>
          <w:rFonts w:ascii="Arial" w:hAnsi="Arial" w:cs="Arial"/>
          <w:color w:val="000000"/>
          <w:sz w:val="24"/>
          <w:szCs w:val="24"/>
        </w:rPr>
        <w:t>Please provide documentary evidence for at least one of benefits indicated as being received.  This must be less than three months old.</w:t>
      </w:r>
    </w:p>
    <w:p w14:paraId="6C23073C" w14:textId="77777777" w:rsidR="00007848" w:rsidRDefault="00007848">
      <w:pPr>
        <w:rPr>
          <w:rFonts w:ascii="Arial" w:hAnsi="Arial" w:cs="Arial"/>
          <w:sz w:val="24"/>
          <w:szCs w:val="24"/>
        </w:rPr>
      </w:pPr>
    </w:p>
    <w:p w14:paraId="71AB285E" w14:textId="77777777" w:rsidR="002E0974" w:rsidRDefault="002E0974">
      <w:pPr>
        <w:rPr>
          <w:rFonts w:ascii="Arial" w:hAnsi="Arial" w:cs="Arial"/>
          <w:sz w:val="24"/>
          <w:szCs w:val="24"/>
        </w:rPr>
      </w:pPr>
    </w:p>
    <w:p w14:paraId="6B5F489D" w14:textId="77777777" w:rsidR="002E0974" w:rsidRPr="00007848" w:rsidRDefault="002E0974">
      <w:pPr>
        <w:rPr>
          <w:rFonts w:ascii="Arial" w:hAnsi="Arial" w:cs="Arial"/>
          <w:sz w:val="24"/>
          <w:szCs w:val="24"/>
        </w:rPr>
      </w:pPr>
    </w:p>
    <w:p w14:paraId="6A0D65F8" w14:textId="4B0BFCE6" w:rsidR="00F50B73" w:rsidRPr="009A16A5" w:rsidRDefault="003140A2">
      <w:pPr>
        <w:rPr>
          <w:rFonts w:ascii="Arial" w:hAnsi="Arial" w:cs="Arial"/>
          <w:sz w:val="24"/>
          <w:szCs w:val="24"/>
        </w:rPr>
      </w:pPr>
      <w:r w:rsidRPr="009A16A5">
        <w:rPr>
          <w:rFonts w:ascii="Arial" w:hAnsi="Arial" w:cs="Arial"/>
          <w:b/>
          <w:sz w:val="24"/>
          <w:szCs w:val="24"/>
        </w:rPr>
        <w:lastRenderedPageBreak/>
        <w:t xml:space="preserve">SECTION 4 - </w:t>
      </w:r>
      <w:r w:rsidR="00292CC5" w:rsidRPr="009A16A5">
        <w:rPr>
          <w:rFonts w:ascii="Arial" w:hAnsi="Arial" w:cs="Arial"/>
          <w:b/>
          <w:sz w:val="24"/>
          <w:szCs w:val="24"/>
        </w:rPr>
        <w:t>DECLARATION</w:t>
      </w:r>
    </w:p>
    <w:p w14:paraId="764610F9" w14:textId="77777777" w:rsidR="00007848" w:rsidRPr="009A16A5" w:rsidRDefault="00007848" w:rsidP="00007848">
      <w:pPr>
        <w:rPr>
          <w:rFonts w:ascii="Arial" w:hAnsi="Arial" w:cs="Arial"/>
        </w:rPr>
      </w:pPr>
      <w:r w:rsidRPr="009A16A5">
        <w:rPr>
          <w:rFonts w:ascii="Arial" w:hAnsi="Arial" w:cs="Arial"/>
        </w:rPr>
        <w:t>This section to be read and completed by the Individual seeking assistance</w:t>
      </w:r>
    </w:p>
    <w:p w14:paraId="79062873" w14:textId="77777777" w:rsidR="00007848" w:rsidRPr="00007848" w:rsidRDefault="00007848" w:rsidP="00007848">
      <w:pPr>
        <w:pBdr>
          <w:top w:val="single" w:sz="4" w:space="0" w:color="000000"/>
          <w:left w:val="single" w:sz="4" w:space="0" w:color="000000"/>
          <w:bottom w:val="single" w:sz="4" w:space="0" w:color="000000"/>
          <w:right w:val="single" w:sz="4" w:space="0" w:color="000000"/>
        </w:pBdr>
        <w:shd w:val="clear" w:color="auto" w:fill="EEECE1" w:themeFill="background2"/>
        <w:spacing w:after="127" w:line="240" w:lineRule="auto"/>
        <w:ind w:left="125"/>
        <w:jc w:val="both"/>
        <w:rPr>
          <w:rFonts w:ascii="Arial" w:hAnsi="Arial" w:cs="Arial"/>
        </w:rPr>
      </w:pPr>
      <w:r w:rsidRPr="00007848">
        <w:rPr>
          <w:rFonts w:ascii="Arial" w:hAnsi="Arial" w:cs="Arial"/>
          <w:b/>
        </w:rPr>
        <w:t xml:space="preserve">Data Protection Statement: </w:t>
      </w:r>
      <w:r w:rsidRPr="00007848">
        <w:rPr>
          <w:rFonts w:ascii="Arial" w:hAnsi="Arial" w:cs="Arial"/>
        </w:rPr>
        <w:t xml:space="preserve">it is part of the Trustees’ responsibilities to ensure that applicants are eligible for support under the terms of the charity’s governing document.  Therefore, Trustees must seek full financial and medical disclosure. The personal data supplied on this form and other information relating to an application will be held on file and treated confidentially.  Some details may be checked with the individual or organisation supporting the application, but no details will be disclosed to anyone outside the application process. You may have access to your personal information and/or withdraw your consent on request.  </w:t>
      </w:r>
    </w:p>
    <w:p w14:paraId="5975DB23" w14:textId="77777777" w:rsidR="00007848" w:rsidRPr="003140A2" w:rsidRDefault="00007848" w:rsidP="003140A2">
      <w:pPr>
        <w:pStyle w:val="ListParagraph"/>
        <w:numPr>
          <w:ilvl w:val="0"/>
          <w:numId w:val="10"/>
        </w:numPr>
        <w:autoSpaceDE w:val="0"/>
        <w:autoSpaceDN w:val="0"/>
        <w:adjustRightInd w:val="0"/>
        <w:spacing w:after="140"/>
        <w:jc w:val="both"/>
        <w:rPr>
          <w:rFonts w:ascii="Arial" w:hAnsi="Arial" w:cs="Arial"/>
          <w:b/>
          <w:sz w:val="24"/>
          <w:szCs w:val="24"/>
        </w:rPr>
      </w:pPr>
      <w:r w:rsidRPr="003140A2">
        <w:rPr>
          <w:rFonts w:ascii="Arial" w:hAnsi="Arial" w:cs="Arial"/>
          <w:sz w:val="24"/>
          <w:szCs w:val="24"/>
        </w:rPr>
        <w:t xml:space="preserve">I declare that the information given in this application is correct and complete to the best of my knowledge and belief. </w:t>
      </w:r>
    </w:p>
    <w:p w14:paraId="1964C5D4" w14:textId="77777777" w:rsidR="00007848" w:rsidRPr="003140A2" w:rsidRDefault="00007848" w:rsidP="003140A2">
      <w:pPr>
        <w:pStyle w:val="ListParagraph"/>
        <w:numPr>
          <w:ilvl w:val="0"/>
          <w:numId w:val="10"/>
        </w:numPr>
        <w:autoSpaceDE w:val="0"/>
        <w:autoSpaceDN w:val="0"/>
        <w:adjustRightInd w:val="0"/>
        <w:spacing w:after="220"/>
        <w:jc w:val="both"/>
        <w:rPr>
          <w:rFonts w:ascii="Arial" w:hAnsi="Arial" w:cs="Arial"/>
          <w:color w:val="000000"/>
          <w:sz w:val="24"/>
          <w:szCs w:val="24"/>
        </w:rPr>
      </w:pPr>
      <w:r w:rsidRPr="003140A2">
        <w:rPr>
          <w:rFonts w:ascii="Arial" w:hAnsi="Arial" w:cs="Arial"/>
          <w:color w:val="000000"/>
          <w:sz w:val="24"/>
          <w:szCs w:val="24"/>
        </w:rPr>
        <w:t xml:space="preserve">I consent to the supporting professional or organisation (as detailed in section 1) discussing my application with Newbury &amp; Thatcham Welfare Trust, now, or at a future date, for my application to be processed.  </w:t>
      </w:r>
    </w:p>
    <w:p w14:paraId="4A061003" w14:textId="77777777" w:rsidR="00007848" w:rsidRPr="003140A2" w:rsidRDefault="00007848" w:rsidP="003140A2">
      <w:pPr>
        <w:pStyle w:val="ListParagraph"/>
        <w:numPr>
          <w:ilvl w:val="0"/>
          <w:numId w:val="10"/>
        </w:numPr>
        <w:autoSpaceDE w:val="0"/>
        <w:autoSpaceDN w:val="0"/>
        <w:adjustRightInd w:val="0"/>
        <w:spacing w:after="220"/>
        <w:jc w:val="both"/>
        <w:rPr>
          <w:rFonts w:ascii="Arial" w:hAnsi="Arial" w:cs="Arial"/>
          <w:color w:val="000000"/>
          <w:sz w:val="24"/>
          <w:szCs w:val="24"/>
        </w:rPr>
      </w:pPr>
      <w:r w:rsidRPr="003140A2">
        <w:rPr>
          <w:rFonts w:ascii="Arial" w:hAnsi="Arial" w:cs="Arial"/>
          <w:color w:val="000000"/>
          <w:sz w:val="24"/>
          <w:szCs w:val="24"/>
        </w:rPr>
        <w:t>I understand that it might be necessary for Newbury &amp; Thatcham Welfare Trust to contact the supplier of the goods or services I am seeking financial support with.  Such contact will be restricted to discussion of specific payment arrangements.</w:t>
      </w:r>
    </w:p>
    <w:p w14:paraId="65A10D31" w14:textId="77777777" w:rsidR="00007848" w:rsidRPr="003140A2" w:rsidRDefault="00007848" w:rsidP="003140A2">
      <w:pPr>
        <w:pStyle w:val="ListParagraph"/>
        <w:numPr>
          <w:ilvl w:val="0"/>
          <w:numId w:val="10"/>
        </w:numPr>
        <w:autoSpaceDE w:val="0"/>
        <w:autoSpaceDN w:val="0"/>
        <w:adjustRightInd w:val="0"/>
        <w:spacing w:after="220"/>
        <w:jc w:val="both"/>
        <w:rPr>
          <w:rFonts w:ascii="Arial" w:hAnsi="Arial" w:cs="Arial"/>
          <w:color w:val="000000"/>
          <w:sz w:val="24"/>
          <w:szCs w:val="24"/>
        </w:rPr>
      </w:pPr>
      <w:r w:rsidRPr="003140A2">
        <w:rPr>
          <w:rFonts w:ascii="Arial" w:hAnsi="Arial" w:cs="Arial"/>
          <w:color w:val="000000"/>
          <w:sz w:val="24"/>
          <w:szCs w:val="24"/>
        </w:rPr>
        <w:t>I understand that I am required to provide documentary evidence of any benefits received.</w:t>
      </w:r>
    </w:p>
    <w:p w14:paraId="6E84034A" w14:textId="4BED29BF" w:rsidR="00007848" w:rsidRPr="003140A2" w:rsidRDefault="00007848" w:rsidP="003140A2">
      <w:pPr>
        <w:pStyle w:val="ListParagraph"/>
        <w:numPr>
          <w:ilvl w:val="0"/>
          <w:numId w:val="10"/>
        </w:numPr>
        <w:autoSpaceDE w:val="0"/>
        <w:autoSpaceDN w:val="0"/>
        <w:adjustRightInd w:val="0"/>
        <w:spacing w:after="220"/>
        <w:jc w:val="both"/>
        <w:rPr>
          <w:rFonts w:ascii="Arial" w:hAnsi="Arial" w:cs="Arial"/>
          <w:color w:val="000000"/>
          <w:sz w:val="24"/>
          <w:szCs w:val="24"/>
        </w:rPr>
      </w:pPr>
      <w:r w:rsidRPr="003140A2">
        <w:rPr>
          <w:rFonts w:ascii="Arial" w:hAnsi="Arial" w:cs="Arial"/>
          <w:color w:val="000000"/>
          <w:sz w:val="24"/>
          <w:szCs w:val="24"/>
        </w:rPr>
        <w:t>I understand that I may be required to provide additional financial informatio</w:t>
      </w:r>
      <w:r w:rsidR="002E0974" w:rsidRPr="003140A2">
        <w:rPr>
          <w:rFonts w:ascii="Arial" w:hAnsi="Arial" w:cs="Arial"/>
          <w:color w:val="000000"/>
          <w:sz w:val="24"/>
          <w:szCs w:val="24"/>
        </w:rPr>
        <w:t>n</w:t>
      </w:r>
      <w:r w:rsidRPr="003140A2">
        <w:rPr>
          <w:rFonts w:ascii="Arial" w:hAnsi="Arial" w:cs="Arial"/>
          <w:color w:val="000000"/>
          <w:sz w:val="24"/>
          <w:szCs w:val="24"/>
        </w:rPr>
        <w:t xml:space="preserve">. </w:t>
      </w:r>
    </w:p>
    <w:p w14:paraId="597F1CB3" w14:textId="77777777" w:rsidR="00007848" w:rsidRPr="003140A2" w:rsidRDefault="00007848" w:rsidP="003140A2">
      <w:pPr>
        <w:pStyle w:val="ListParagraph"/>
        <w:numPr>
          <w:ilvl w:val="0"/>
          <w:numId w:val="10"/>
        </w:numPr>
        <w:autoSpaceDE w:val="0"/>
        <w:autoSpaceDN w:val="0"/>
        <w:adjustRightInd w:val="0"/>
        <w:spacing w:after="220"/>
        <w:jc w:val="both"/>
        <w:rPr>
          <w:rFonts w:ascii="Arial" w:hAnsi="Arial" w:cs="Arial"/>
          <w:color w:val="000000"/>
          <w:sz w:val="24"/>
          <w:szCs w:val="24"/>
        </w:rPr>
      </w:pPr>
      <w:r w:rsidRPr="003140A2">
        <w:rPr>
          <w:rFonts w:ascii="Arial" w:hAnsi="Arial" w:cs="Arial"/>
          <w:color w:val="000000"/>
          <w:sz w:val="24"/>
          <w:szCs w:val="24"/>
        </w:rPr>
        <w:t>I consent to the charity holding personal data on this form in accordance with Data Protection Statement as given at the top of this section.</w:t>
      </w:r>
    </w:p>
    <w:p w14:paraId="7C7CF1BD" w14:textId="77777777" w:rsidR="00007848" w:rsidRPr="003140A2" w:rsidRDefault="00007848" w:rsidP="003140A2">
      <w:pPr>
        <w:pStyle w:val="ListParagraph"/>
        <w:numPr>
          <w:ilvl w:val="0"/>
          <w:numId w:val="10"/>
        </w:numPr>
        <w:autoSpaceDE w:val="0"/>
        <w:autoSpaceDN w:val="0"/>
        <w:adjustRightInd w:val="0"/>
        <w:spacing w:after="220"/>
        <w:jc w:val="both"/>
        <w:rPr>
          <w:rFonts w:ascii="Arial" w:hAnsi="Arial" w:cs="Arial"/>
          <w:color w:val="000000"/>
          <w:sz w:val="24"/>
          <w:szCs w:val="24"/>
        </w:rPr>
      </w:pPr>
      <w:r w:rsidRPr="003140A2">
        <w:rPr>
          <w:rFonts w:ascii="Arial" w:hAnsi="Arial" w:cs="Arial"/>
          <w:color w:val="000000"/>
          <w:sz w:val="24"/>
          <w:szCs w:val="24"/>
        </w:rPr>
        <w:t>I consent to the information on this form being shared with the Trustees of Newbury &amp; Thatcham Welfare Trust to enable a decision to be reached.</w:t>
      </w:r>
    </w:p>
    <w:p w14:paraId="6052E362" w14:textId="605D12CB" w:rsidR="00007848" w:rsidRPr="00986DF7" w:rsidRDefault="002E0974" w:rsidP="003140A2">
      <w:pPr>
        <w:pStyle w:val="ListParagraph"/>
        <w:numPr>
          <w:ilvl w:val="0"/>
          <w:numId w:val="10"/>
        </w:numPr>
        <w:jc w:val="both"/>
        <w:rPr>
          <w:rFonts w:ascii="Arial" w:hAnsi="Arial" w:cs="Arial"/>
          <w:sz w:val="24"/>
          <w:szCs w:val="24"/>
        </w:rPr>
      </w:pPr>
      <w:r w:rsidRPr="00986DF7">
        <w:rPr>
          <w:rFonts w:ascii="Arial" w:hAnsi="Arial" w:cs="Arial"/>
          <w:sz w:val="24"/>
          <w:szCs w:val="24"/>
        </w:rPr>
        <w:t>I understand that any funding agreed will only be available for a period of 3 months from the date of notification, after which the offer of support will be withdrawn and applicants will need to reapply.</w:t>
      </w:r>
    </w:p>
    <w:tbl>
      <w:tblPr>
        <w:tblStyle w:val="TableGrid"/>
        <w:tblW w:w="0" w:type="auto"/>
        <w:tblLook w:val="04A0" w:firstRow="1" w:lastRow="0" w:firstColumn="1" w:lastColumn="0" w:noHBand="0" w:noVBand="1"/>
      </w:tblPr>
      <w:tblGrid>
        <w:gridCol w:w="4316"/>
        <w:gridCol w:w="4314"/>
      </w:tblGrid>
      <w:tr w:rsidR="00F50B73" w:rsidRPr="002E0974" w14:paraId="5CF8C89E" w14:textId="77777777">
        <w:tc>
          <w:tcPr>
            <w:tcW w:w="4320" w:type="dxa"/>
          </w:tcPr>
          <w:p w14:paraId="71E2016F" w14:textId="77777777" w:rsidR="00F50B73" w:rsidRPr="002E0974" w:rsidRDefault="00292CC5" w:rsidP="002E0974">
            <w:pPr>
              <w:spacing w:line="480" w:lineRule="auto"/>
              <w:rPr>
                <w:rFonts w:ascii="Arial" w:hAnsi="Arial" w:cs="Arial"/>
              </w:rPr>
            </w:pPr>
            <w:r w:rsidRPr="002E0974">
              <w:rPr>
                <w:rFonts w:ascii="Arial" w:hAnsi="Arial" w:cs="Arial"/>
              </w:rPr>
              <w:t>Signature</w:t>
            </w:r>
          </w:p>
        </w:tc>
        <w:tc>
          <w:tcPr>
            <w:tcW w:w="4320" w:type="dxa"/>
          </w:tcPr>
          <w:p w14:paraId="065DF125" w14:textId="77777777" w:rsidR="00F50B73" w:rsidRPr="002E0974" w:rsidRDefault="00F50B73" w:rsidP="002E0974">
            <w:pPr>
              <w:spacing w:line="480" w:lineRule="auto"/>
              <w:rPr>
                <w:rFonts w:ascii="Arial" w:hAnsi="Arial" w:cs="Arial"/>
              </w:rPr>
            </w:pPr>
          </w:p>
        </w:tc>
      </w:tr>
      <w:tr w:rsidR="00F50B73" w:rsidRPr="002E0974" w14:paraId="0BEC0646" w14:textId="77777777">
        <w:tc>
          <w:tcPr>
            <w:tcW w:w="4320" w:type="dxa"/>
          </w:tcPr>
          <w:p w14:paraId="4F354DBC" w14:textId="77777777" w:rsidR="00F50B73" w:rsidRPr="002E0974" w:rsidRDefault="00292CC5" w:rsidP="002E0974">
            <w:pPr>
              <w:spacing w:line="480" w:lineRule="auto"/>
              <w:rPr>
                <w:rFonts w:ascii="Arial" w:hAnsi="Arial" w:cs="Arial"/>
              </w:rPr>
            </w:pPr>
            <w:r w:rsidRPr="002E0974">
              <w:rPr>
                <w:rFonts w:ascii="Arial" w:hAnsi="Arial" w:cs="Arial"/>
              </w:rPr>
              <w:t>Date</w:t>
            </w:r>
          </w:p>
        </w:tc>
        <w:tc>
          <w:tcPr>
            <w:tcW w:w="4320" w:type="dxa"/>
          </w:tcPr>
          <w:p w14:paraId="4AF3F432" w14:textId="77777777" w:rsidR="00F50B73" w:rsidRPr="002E0974" w:rsidRDefault="00F50B73" w:rsidP="002E0974">
            <w:pPr>
              <w:spacing w:line="480" w:lineRule="auto"/>
              <w:rPr>
                <w:rFonts w:ascii="Arial" w:hAnsi="Arial" w:cs="Arial"/>
              </w:rPr>
            </w:pPr>
          </w:p>
        </w:tc>
      </w:tr>
    </w:tbl>
    <w:p w14:paraId="6D34C1A0" w14:textId="77777777" w:rsidR="002E0974" w:rsidRDefault="002E0974">
      <w:pPr>
        <w:rPr>
          <w:b/>
          <w:sz w:val="28"/>
        </w:rPr>
      </w:pPr>
    </w:p>
    <w:p w14:paraId="4D221267" w14:textId="77777777" w:rsidR="002E0974" w:rsidRDefault="002E0974">
      <w:pPr>
        <w:rPr>
          <w:rFonts w:ascii="Arial" w:hAnsi="Arial" w:cs="Arial"/>
          <w:b/>
          <w:sz w:val="24"/>
          <w:szCs w:val="24"/>
        </w:rPr>
      </w:pPr>
    </w:p>
    <w:p w14:paraId="4BE72BFE" w14:textId="77777777" w:rsidR="002E0974" w:rsidRDefault="002E0974">
      <w:pPr>
        <w:rPr>
          <w:rFonts w:ascii="Arial" w:hAnsi="Arial" w:cs="Arial"/>
          <w:b/>
          <w:sz w:val="24"/>
          <w:szCs w:val="24"/>
        </w:rPr>
      </w:pPr>
    </w:p>
    <w:p w14:paraId="4B5D83B4" w14:textId="77777777" w:rsidR="002E0974" w:rsidRDefault="002E0974">
      <w:pPr>
        <w:rPr>
          <w:rFonts w:ascii="Arial" w:hAnsi="Arial" w:cs="Arial"/>
          <w:b/>
          <w:sz w:val="24"/>
          <w:szCs w:val="24"/>
        </w:rPr>
      </w:pPr>
    </w:p>
    <w:p w14:paraId="78B95250" w14:textId="5D926762" w:rsidR="00F50B73" w:rsidRPr="002E0974" w:rsidRDefault="00292CC5">
      <w:pPr>
        <w:rPr>
          <w:rFonts w:ascii="Arial" w:hAnsi="Arial" w:cs="Arial"/>
          <w:sz w:val="24"/>
          <w:szCs w:val="24"/>
        </w:rPr>
      </w:pPr>
      <w:r w:rsidRPr="002E0974">
        <w:rPr>
          <w:rFonts w:ascii="Arial" w:hAnsi="Arial" w:cs="Arial"/>
          <w:b/>
          <w:sz w:val="24"/>
          <w:szCs w:val="24"/>
        </w:rPr>
        <w:lastRenderedPageBreak/>
        <w:t xml:space="preserve">APPENDIX A – </w:t>
      </w:r>
      <w:r w:rsidR="002E0974" w:rsidRPr="002E0974">
        <w:rPr>
          <w:rFonts w:ascii="Arial" w:hAnsi="Arial" w:cs="Arial"/>
          <w:b/>
          <w:sz w:val="24"/>
          <w:szCs w:val="24"/>
        </w:rPr>
        <w:t xml:space="preserve">ADDITIONAL </w:t>
      </w:r>
      <w:r w:rsidRPr="002E0974">
        <w:rPr>
          <w:rFonts w:ascii="Arial" w:hAnsi="Arial" w:cs="Arial"/>
          <w:b/>
          <w:sz w:val="24"/>
          <w:szCs w:val="24"/>
        </w:rPr>
        <w:t>FINANCIAL INFORMATION</w:t>
      </w:r>
    </w:p>
    <w:p w14:paraId="21D8441D" w14:textId="69596102" w:rsidR="002E0974" w:rsidRPr="002E0974" w:rsidRDefault="002E0974" w:rsidP="002E0974">
      <w:pPr>
        <w:jc w:val="both"/>
        <w:rPr>
          <w:rFonts w:ascii="Arial" w:hAnsi="Arial" w:cs="Arial"/>
        </w:rPr>
      </w:pPr>
      <w:r w:rsidRPr="002E0974">
        <w:rPr>
          <w:rFonts w:ascii="Arial" w:hAnsi="Arial" w:cs="Arial"/>
        </w:rPr>
        <w:t>Please only complete this form if you are seeking more than £250 or if you are not in receipt of any of the benefits listed.  Ensure you include the figures for all in the household.</w:t>
      </w:r>
    </w:p>
    <w:p w14:paraId="7353DB8C" w14:textId="77777777" w:rsidR="00F50B73" w:rsidRPr="002E0974" w:rsidRDefault="00292CC5" w:rsidP="002E0974">
      <w:pPr>
        <w:spacing w:line="480" w:lineRule="auto"/>
        <w:rPr>
          <w:rFonts w:ascii="Arial" w:hAnsi="Arial" w:cs="Arial"/>
          <w:b/>
          <w:bCs/>
        </w:rPr>
      </w:pPr>
      <w:r w:rsidRPr="002E0974">
        <w:rPr>
          <w:rFonts w:ascii="Arial" w:hAnsi="Arial" w:cs="Arial"/>
          <w:b/>
          <w:bCs/>
        </w:rPr>
        <w:t>INCOME (Monthly £)</w:t>
      </w:r>
    </w:p>
    <w:tbl>
      <w:tblPr>
        <w:tblStyle w:val="TableGrid"/>
        <w:tblW w:w="0" w:type="auto"/>
        <w:tblLook w:val="04A0" w:firstRow="1" w:lastRow="0" w:firstColumn="1" w:lastColumn="0" w:noHBand="0" w:noVBand="1"/>
      </w:tblPr>
      <w:tblGrid>
        <w:gridCol w:w="4316"/>
        <w:gridCol w:w="4314"/>
      </w:tblGrid>
      <w:tr w:rsidR="00F50B73" w:rsidRPr="002E0974" w14:paraId="1E2133BF" w14:textId="77777777">
        <w:tc>
          <w:tcPr>
            <w:tcW w:w="4320" w:type="dxa"/>
          </w:tcPr>
          <w:p w14:paraId="731A73E1" w14:textId="3710C2B4" w:rsidR="00F50B73" w:rsidRPr="002E0974" w:rsidRDefault="002E0974" w:rsidP="002E0974">
            <w:pPr>
              <w:spacing w:line="480" w:lineRule="auto"/>
              <w:rPr>
                <w:rFonts w:ascii="Arial" w:hAnsi="Arial" w:cs="Arial"/>
              </w:rPr>
            </w:pPr>
            <w:r>
              <w:rPr>
                <w:rFonts w:ascii="Arial" w:hAnsi="Arial" w:cs="Arial"/>
              </w:rPr>
              <w:t>Salaries:</w:t>
            </w:r>
          </w:p>
        </w:tc>
        <w:tc>
          <w:tcPr>
            <w:tcW w:w="4320" w:type="dxa"/>
          </w:tcPr>
          <w:p w14:paraId="58DC7FD7" w14:textId="77777777" w:rsidR="00F50B73" w:rsidRPr="002E0974" w:rsidRDefault="00F50B73" w:rsidP="002E0974">
            <w:pPr>
              <w:spacing w:line="480" w:lineRule="auto"/>
              <w:rPr>
                <w:rFonts w:ascii="Arial" w:hAnsi="Arial" w:cs="Arial"/>
              </w:rPr>
            </w:pPr>
          </w:p>
        </w:tc>
      </w:tr>
      <w:tr w:rsidR="00F50B73" w:rsidRPr="002E0974" w14:paraId="43D021AF" w14:textId="77777777">
        <w:tc>
          <w:tcPr>
            <w:tcW w:w="4320" w:type="dxa"/>
          </w:tcPr>
          <w:p w14:paraId="72F3503B" w14:textId="77777777" w:rsidR="00F50B73" w:rsidRPr="002E0974" w:rsidRDefault="00292CC5" w:rsidP="002E0974">
            <w:pPr>
              <w:spacing w:line="480" w:lineRule="auto"/>
              <w:rPr>
                <w:rFonts w:ascii="Arial" w:hAnsi="Arial" w:cs="Arial"/>
              </w:rPr>
            </w:pPr>
            <w:r w:rsidRPr="002E0974">
              <w:rPr>
                <w:rFonts w:ascii="Arial" w:hAnsi="Arial" w:cs="Arial"/>
              </w:rPr>
              <w:t>Pensions</w:t>
            </w:r>
          </w:p>
        </w:tc>
        <w:tc>
          <w:tcPr>
            <w:tcW w:w="4320" w:type="dxa"/>
          </w:tcPr>
          <w:p w14:paraId="7B59EC6E" w14:textId="77777777" w:rsidR="00F50B73" w:rsidRPr="002E0974" w:rsidRDefault="00F50B73" w:rsidP="002E0974">
            <w:pPr>
              <w:spacing w:line="480" w:lineRule="auto"/>
              <w:rPr>
                <w:rFonts w:ascii="Arial" w:hAnsi="Arial" w:cs="Arial"/>
              </w:rPr>
            </w:pPr>
          </w:p>
        </w:tc>
      </w:tr>
      <w:tr w:rsidR="003140A2" w:rsidRPr="002E0974" w14:paraId="421D68EC" w14:textId="77777777">
        <w:tc>
          <w:tcPr>
            <w:tcW w:w="4320" w:type="dxa"/>
          </w:tcPr>
          <w:p w14:paraId="739FF5E9" w14:textId="7F54CBC5" w:rsidR="003140A2" w:rsidRPr="002E0974" w:rsidRDefault="003140A2" w:rsidP="002E0974">
            <w:pPr>
              <w:spacing w:line="480" w:lineRule="auto"/>
              <w:rPr>
                <w:rFonts w:ascii="Arial" w:hAnsi="Arial" w:cs="Arial"/>
              </w:rPr>
            </w:pPr>
            <w:r>
              <w:rPr>
                <w:rFonts w:ascii="Arial" w:hAnsi="Arial" w:cs="Arial"/>
              </w:rPr>
              <w:t>Benefits not listed in Section 3</w:t>
            </w:r>
          </w:p>
        </w:tc>
        <w:tc>
          <w:tcPr>
            <w:tcW w:w="4320" w:type="dxa"/>
          </w:tcPr>
          <w:p w14:paraId="5AA9E0AE" w14:textId="77777777" w:rsidR="003140A2" w:rsidRPr="002E0974" w:rsidRDefault="003140A2" w:rsidP="002E0974">
            <w:pPr>
              <w:spacing w:line="480" w:lineRule="auto"/>
              <w:rPr>
                <w:rFonts w:ascii="Arial" w:hAnsi="Arial" w:cs="Arial"/>
              </w:rPr>
            </w:pPr>
          </w:p>
        </w:tc>
      </w:tr>
      <w:tr w:rsidR="00F50B73" w:rsidRPr="002E0974" w14:paraId="2895917C" w14:textId="77777777">
        <w:tc>
          <w:tcPr>
            <w:tcW w:w="4320" w:type="dxa"/>
          </w:tcPr>
          <w:p w14:paraId="22A91BCE" w14:textId="77777777" w:rsidR="00F50B73" w:rsidRPr="002E0974" w:rsidRDefault="00292CC5" w:rsidP="002E0974">
            <w:pPr>
              <w:spacing w:line="480" w:lineRule="auto"/>
              <w:rPr>
                <w:rFonts w:ascii="Arial" w:hAnsi="Arial" w:cs="Arial"/>
              </w:rPr>
            </w:pPr>
            <w:r w:rsidRPr="002E0974">
              <w:rPr>
                <w:rFonts w:ascii="Arial" w:hAnsi="Arial" w:cs="Arial"/>
              </w:rPr>
              <w:t>Other Income</w:t>
            </w:r>
          </w:p>
        </w:tc>
        <w:tc>
          <w:tcPr>
            <w:tcW w:w="4320" w:type="dxa"/>
          </w:tcPr>
          <w:p w14:paraId="4C9C7086" w14:textId="77777777" w:rsidR="00F50B73" w:rsidRPr="002E0974" w:rsidRDefault="00F50B73" w:rsidP="002E0974">
            <w:pPr>
              <w:spacing w:line="480" w:lineRule="auto"/>
              <w:rPr>
                <w:rFonts w:ascii="Arial" w:hAnsi="Arial" w:cs="Arial"/>
              </w:rPr>
            </w:pPr>
          </w:p>
        </w:tc>
      </w:tr>
      <w:tr w:rsidR="00F50B73" w:rsidRPr="002E0974" w14:paraId="2AB1B8EB" w14:textId="77777777">
        <w:tc>
          <w:tcPr>
            <w:tcW w:w="4320" w:type="dxa"/>
          </w:tcPr>
          <w:p w14:paraId="0CFAFC7F" w14:textId="547D8392" w:rsidR="00F50B73" w:rsidRPr="008D07CE" w:rsidRDefault="00292CC5" w:rsidP="002E0974">
            <w:pPr>
              <w:spacing w:line="480" w:lineRule="auto"/>
              <w:rPr>
                <w:rFonts w:ascii="Arial" w:hAnsi="Arial" w:cs="Arial"/>
                <w:b/>
                <w:bCs/>
              </w:rPr>
            </w:pPr>
            <w:r w:rsidRPr="008D07CE">
              <w:rPr>
                <w:rFonts w:ascii="Arial" w:hAnsi="Arial" w:cs="Arial"/>
                <w:b/>
                <w:bCs/>
              </w:rPr>
              <w:t xml:space="preserve">Total </w:t>
            </w:r>
            <w:r w:rsidR="002E0974" w:rsidRPr="008D07CE">
              <w:rPr>
                <w:rFonts w:ascii="Arial" w:hAnsi="Arial" w:cs="Arial"/>
                <w:b/>
                <w:bCs/>
              </w:rPr>
              <w:t xml:space="preserve">monthly </w:t>
            </w:r>
            <w:r w:rsidRPr="008D07CE">
              <w:rPr>
                <w:rFonts w:ascii="Arial" w:hAnsi="Arial" w:cs="Arial"/>
                <w:b/>
                <w:bCs/>
              </w:rPr>
              <w:t>Income</w:t>
            </w:r>
          </w:p>
        </w:tc>
        <w:tc>
          <w:tcPr>
            <w:tcW w:w="4320" w:type="dxa"/>
          </w:tcPr>
          <w:p w14:paraId="13B53B54" w14:textId="77777777" w:rsidR="00F50B73" w:rsidRPr="002E0974" w:rsidRDefault="00F50B73" w:rsidP="002E0974">
            <w:pPr>
              <w:spacing w:line="480" w:lineRule="auto"/>
              <w:rPr>
                <w:rFonts w:ascii="Arial" w:hAnsi="Arial" w:cs="Arial"/>
              </w:rPr>
            </w:pPr>
          </w:p>
        </w:tc>
      </w:tr>
    </w:tbl>
    <w:p w14:paraId="3A83EAA4" w14:textId="77777777" w:rsidR="002E0974" w:rsidRDefault="002E0974" w:rsidP="002E0974">
      <w:pPr>
        <w:spacing w:line="480" w:lineRule="auto"/>
        <w:rPr>
          <w:rFonts w:ascii="Arial" w:hAnsi="Arial" w:cs="Arial"/>
        </w:rPr>
      </w:pPr>
    </w:p>
    <w:p w14:paraId="7F0FDA12" w14:textId="190A4849" w:rsidR="00F50B73" w:rsidRPr="002E0974" w:rsidRDefault="00292CC5" w:rsidP="002E0974">
      <w:pPr>
        <w:spacing w:line="480" w:lineRule="auto"/>
        <w:rPr>
          <w:rFonts w:ascii="Arial" w:hAnsi="Arial" w:cs="Arial"/>
          <w:b/>
          <w:bCs/>
        </w:rPr>
      </w:pPr>
      <w:r w:rsidRPr="002E0974">
        <w:rPr>
          <w:rFonts w:ascii="Arial" w:hAnsi="Arial" w:cs="Arial"/>
          <w:b/>
          <w:bCs/>
        </w:rPr>
        <w:t>EXPENDITURE (Monthly £)</w:t>
      </w:r>
    </w:p>
    <w:tbl>
      <w:tblPr>
        <w:tblStyle w:val="TableGrid"/>
        <w:tblW w:w="0" w:type="auto"/>
        <w:tblLook w:val="04A0" w:firstRow="1" w:lastRow="0" w:firstColumn="1" w:lastColumn="0" w:noHBand="0" w:noVBand="1"/>
      </w:tblPr>
      <w:tblGrid>
        <w:gridCol w:w="4316"/>
        <w:gridCol w:w="4314"/>
      </w:tblGrid>
      <w:tr w:rsidR="00F50B73" w:rsidRPr="002E0974" w14:paraId="64F9B0B2" w14:textId="77777777">
        <w:tc>
          <w:tcPr>
            <w:tcW w:w="4320" w:type="dxa"/>
          </w:tcPr>
          <w:p w14:paraId="1E2DE86A" w14:textId="77777777" w:rsidR="00F50B73" w:rsidRPr="002E0974" w:rsidRDefault="00292CC5" w:rsidP="002E0974">
            <w:pPr>
              <w:spacing w:line="480" w:lineRule="auto"/>
              <w:rPr>
                <w:rFonts w:ascii="Arial" w:hAnsi="Arial" w:cs="Arial"/>
              </w:rPr>
            </w:pPr>
            <w:r w:rsidRPr="002E0974">
              <w:rPr>
                <w:rFonts w:ascii="Arial" w:hAnsi="Arial" w:cs="Arial"/>
              </w:rPr>
              <w:t>Rent/Mortgage</w:t>
            </w:r>
          </w:p>
        </w:tc>
        <w:tc>
          <w:tcPr>
            <w:tcW w:w="4320" w:type="dxa"/>
          </w:tcPr>
          <w:p w14:paraId="6239F85B" w14:textId="77777777" w:rsidR="00F50B73" w:rsidRPr="002E0974" w:rsidRDefault="00F50B73" w:rsidP="002E0974">
            <w:pPr>
              <w:spacing w:line="480" w:lineRule="auto"/>
              <w:rPr>
                <w:rFonts w:ascii="Arial" w:hAnsi="Arial" w:cs="Arial"/>
              </w:rPr>
            </w:pPr>
          </w:p>
        </w:tc>
      </w:tr>
      <w:tr w:rsidR="00F50B73" w:rsidRPr="002E0974" w14:paraId="148B0F52" w14:textId="77777777">
        <w:tc>
          <w:tcPr>
            <w:tcW w:w="4320" w:type="dxa"/>
          </w:tcPr>
          <w:p w14:paraId="59FC7D3F" w14:textId="77777777" w:rsidR="00F50B73" w:rsidRPr="002E0974" w:rsidRDefault="00292CC5" w:rsidP="002E0974">
            <w:pPr>
              <w:spacing w:line="480" w:lineRule="auto"/>
              <w:rPr>
                <w:rFonts w:ascii="Arial" w:hAnsi="Arial" w:cs="Arial"/>
              </w:rPr>
            </w:pPr>
            <w:r w:rsidRPr="002E0974">
              <w:rPr>
                <w:rFonts w:ascii="Arial" w:hAnsi="Arial" w:cs="Arial"/>
              </w:rPr>
              <w:t>Council Tax</w:t>
            </w:r>
          </w:p>
        </w:tc>
        <w:tc>
          <w:tcPr>
            <w:tcW w:w="4320" w:type="dxa"/>
          </w:tcPr>
          <w:p w14:paraId="465DB8E5" w14:textId="77777777" w:rsidR="00F50B73" w:rsidRPr="002E0974" w:rsidRDefault="00F50B73" w:rsidP="002E0974">
            <w:pPr>
              <w:spacing w:line="480" w:lineRule="auto"/>
              <w:rPr>
                <w:rFonts w:ascii="Arial" w:hAnsi="Arial" w:cs="Arial"/>
              </w:rPr>
            </w:pPr>
          </w:p>
        </w:tc>
      </w:tr>
      <w:tr w:rsidR="00F50B73" w:rsidRPr="002E0974" w14:paraId="53BDEC02" w14:textId="77777777">
        <w:tc>
          <w:tcPr>
            <w:tcW w:w="4320" w:type="dxa"/>
          </w:tcPr>
          <w:p w14:paraId="35D7865F" w14:textId="77777777" w:rsidR="00F50B73" w:rsidRPr="002E0974" w:rsidRDefault="00292CC5" w:rsidP="002E0974">
            <w:pPr>
              <w:spacing w:line="480" w:lineRule="auto"/>
              <w:rPr>
                <w:rFonts w:ascii="Arial" w:hAnsi="Arial" w:cs="Arial"/>
              </w:rPr>
            </w:pPr>
            <w:r w:rsidRPr="002E0974">
              <w:rPr>
                <w:rFonts w:ascii="Arial" w:hAnsi="Arial" w:cs="Arial"/>
              </w:rPr>
              <w:t>Utilities</w:t>
            </w:r>
          </w:p>
        </w:tc>
        <w:tc>
          <w:tcPr>
            <w:tcW w:w="4320" w:type="dxa"/>
          </w:tcPr>
          <w:p w14:paraId="284AAC3A" w14:textId="77777777" w:rsidR="00F50B73" w:rsidRPr="002E0974" w:rsidRDefault="00F50B73" w:rsidP="002E0974">
            <w:pPr>
              <w:spacing w:line="480" w:lineRule="auto"/>
              <w:rPr>
                <w:rFonts w:ascii="Arial" w:hAnsi="Arial" w:cs="Arial"/>
              </w:rPr>
            </w:pPr>
          </w:p>
        </w:tc>
      </w:tr>
      <w:tr w:rsidR="00F50B73" w:rsidRPr="002E0974" w14:paraId="6C4FED5B" w14:textId="77777777">
        <w:tc>
          <w:tcPr>
            <w:tcW w:w="4320" w:type="dxa"/>
          </w:tcPr>
          <w:p w14:paraId="3813F8BF" w14:textId="77777777" w:rsidR="00F50B73" w:rsidRPr="002E0974" w:rsidRDefault="00292CC5" w:rsidP="002E0974">
            <w:pPr>
              <w:spacing w:line="480" w:lineRule="auto"/>
              <w:rPr>
                <w:rFonts w:ascii="Arial" w:hAnsi="Arial" w:cs="Arial"/>
              </w:rPr>
            </w:pPr>
            <w:r w:rsidRPr="002E0974">
              <w:rPr>
                <w:rFonts w:ascii="Arial" w:hAnsi="Arial" w:cs="Arial"/>
              </w:rPr>
              <w:t>Food</w:t>
            </w:r>
          </w:p>
        </w:tc>
        <w:tc>
          <w:tcPr>
            <w:tcW w:w="4320" w:type="dxa"/>
          </w:tcPr>
          <w:p w14:paraId="713A8011" w14:textId="77777777" w:rsidR="00F50B73" w:rsidRPr="002E0974" w:rsidRDefault="00F50B73" w:rsidP="002E0974">
            <w:pPr>
              <w:spacing w:line="480" w:lineRule="auto"/>
              <w:rPr>
                <w:rFonts w:ascii="Arial" w:hAnsi="Arial" w:cs="Arial"/>
              </w:rPr>
            </w:pPr>
          </w:p>
        </w:tc>
      </w:tr>
      <w:tr w:rsidR="00F50B73" w:rsidRPr="002E0974" w14:paraId="563BD74F" w14:textId="77777777">
        <w:tc>
          <w:tcPr>
            <w:tcW w:w="4320" w:type="dxa"/>
          </w:tcPr>
          <w:p w14:paraId="5151AC86" w14:textId="77777777" w:rsidR="00F50B73" w:rsidRPr="002E0974" w:rsidRDefault="00292CC5" w:rsidP="002E0974">
            <w:pPr>
              <w:spacing w:line="480" w:lineRule="auto"/>
              <w:rPr>
                <w:rFonts w:ascii="Arial" w:hAnsi="Arial" w:cs="Arial"/>
              </w:rPr>
            </w:pPr>
            <w:r w:rsidRPr="002E0974">
              <w:rPr>
                <w:rFonts w:ascii="Arial" w:hAnsi="Arial" w:cs="Arial"/>
              </w:rPr>
              <w:t>Transport</w:t>
            </w:r>
          </w:p>
        </w:tc>
        <w:tc>
          <w:tcPr>
            <w:tcW w:w="4320" w:type="dxa"/>
          </w:tcPr>
          <w:p w14:paraId="4554833F" w14:textId="77777777" w:rsidR="00F50B73" w:rsidRPr="002E0974" w:rsidRDefault="00F50B73" w:rsidP="002E0974">
            <w:pPr>
              <w:spacing w:line="480" w:lineRule="auto"/>
              <w:rPr>
                <w:rFonts w:ascii="Arial" w:hAnsi="Arial" w:cs="Arial"/>
              </w:rPr>
            </w:pPr>
          </w:p>
        </w:tc>
      </w:tr>
      <w:tr w:rsidR="00F50B73" w:rsidRPr="002E0974" w14:paraId="4790680C" w14:textId="77777777">
        <w:tc>
          <w:tcPr>
            <w:tcW w:w="4320" w:type="dxa"/>
          </w:tcPr>
          <w:p w14:paraId="50BFE038" w14:textId="77777777" w:rsidR="00F50B73" w:rsidRPr="002E0974" w:rsidRDefault="00292CC5" w:rsidP="002E0974">
            <w:pPr>
              <w:spacing w:line="480" w:lineRule="auto"/>
              <w:rPr>
                <w:rFonts w:ascii="Arial" w:hAnsi="Arial" w:cs="Arial"/>
              </w:rPr>
            </w:pPr>
            <w:r w:rsidRPr="002E0974">
              <w:rPr>
                <w:rFonts w:ascii="Arial" w:hAnsi="Arial" w:cs="Arial"/>
              </w:rPr>
              <w:t>Childcare</w:t>
            </w:r>
          </w:p>
        </w:tc>
        <w:tc>
          <w:tcPr>
            <w:tcW w:w="4320" w:type="dxa"/>
          </w:tcPr>
          <w:p w14:paraId="6C099B1C" w14:textId="77777777" w:rsidR="00F50B73" w:rsidRPr="002E0974" w:rsidRDefault="00F50B73" w:rsidP="002E0974">
            <w:pPr>
              <w:spacing w:line="480" w:lineRule="auto"/>
              <w:rPr>
                <w:rFonts w:ascii="Arial" w:hAnsi="Arial" w:cs="Arial"/>
              </w:rPr>
            </w:pPr>
          </w:p>
        </w:tc>
      </w:tr>
      <w:tr w:rsidR="00F50B73" w:rsidRPr="002E0974" w14:paraId="56B747D4" w14:textId="77777777">
        <w:tc>
          <w:tcPr>
            <w:tcW w:w="4320" w:type="dxa"/>
          </w:tcPr>
          <w:p w14:paraId="09F47D56" w14:textId="77777777" w:rsidR="00F50B73" w:rsidRPr="002E0974" w:rsidRDefault="00292CC5" w:rsidP="002E0974">
            <w:pPr>
              <w:spacing w:line="480" w:lineRule="auto"/>
              <w:rPr>
                <w:rFonts w:ascii="Arial" w:hAnsi="Arial" w:cs="Arial"/>
              </w:rPr>
            </w:pPr>
            <w:r w:rsidRPr="002E0974">
              <w:rPr>
                <w:rFonts w:ascii="Arial" w:hAnsi="Arial" w:cs="Arial"/>
              </w:rPr>
              <w:t>Debt Repayments</w:t>
            </w:r>
          </w:p>
        </w:tc>
        <w:tc>
          <w:tcPr>
            <w:tcW w:w="4320" w:type="dxa"/>
          </w:tcPr>
          <w:p w14:paraId="03791214" w14:textId="77777777" w:rsidR="00F50B73" w:rsidRPr="002E0974" w:rsidRDefault="00F50B73" w:rsidP="002E0974">
            <w:pPr>
              <w:spacing w:line="480" w:lineRule="auto"/>
              <w:rPr>
                <w:rFonts w:ascii="Arial" w:hAnsi="Arial" w:cs="Arial"/>
              </w:rPr>
            </w:pPr>
          </w:p>
        </w:tc>
      </w:tr>
      <w:tr w:rsidR="00F50B73" w:rsidRPr="002E0974" w14:paraId="0FEE3953" w14:textId="77777777">
        <w:tc>
          <w:tcPr>
            <w:tcW w:w="4320" w:type="dxa"/>
          </w:tcPr>
          <w:p w14:paraId="504B838E" w14:textId="77777777" w:rsidR="00F50B73" w:rsidRPr="002E0974" w:rsidRDefault="00292CC5" w:rsidP="002E0974">
            <w:pPr>
              <w:spacing w:line="480" w:lineRule="auto"/>
              <w:rPr>
                <w:rFonts w:ascii="Arial" w:hAnsi="Arial" w:cs="Arial"/>
              </w:rPr>
            </w:pPr>
            <w:r w:rsidRPr="002E0974">
              <w:rPr>
                <w:rFonts w:ascii="Arial" w:hAnsi="Arial" w:cs="Arial"/>
              </w:rPr>
              <w:t>Other</w:t>
            </w:r>
          </w:p>
        </w:tc>
        <w:tc>
          <w:tcPr>
            <w:tcW w:w="4320" w:type="dxa"/>
          </w:tcPr>
          <w:p w14:paraId="7C02BBDE" w14:textId="77777777" w:rsidR="00F50B73" w:rsidRPr="002E0974" w:rsidRDefault="00F50B73" w:rsidP="002E0974">
            <w:pPr>
              <w:spacing w:line="480" w:lineRule="auto"/>
              <w:rPr>
                <w:rFonts w:ascii="Arial" w:hAnsi="Arial" w:cs="Arial"/>
              </w:rPr>
            </w:pPr>
          </w:p>
        </w:tc>
      </w:tr>
      <w:tr w:rsidR="00F50B73" w:rsidRPr="002E0974" w14:paraId="23C76DA9" w14:textId="77777777">
        <w:tc>
          <w:tcPr>
            <w:tcW w:w="4320" w:type="dxa"/>
          </w:tcPr>
          <w:p w14:paraId="4119DA6D" w14:textId="01BFE4EC" w:rsidR="00F50B73" w:rsidRPr="008D07CE" w:rsidRDefault="00292CC5" w:rsidP="002E0974">
            <w:pPr>
              <w:spacing w:line="480" w:lineRule="auto"/>
              <w:rPr>
                <w:rFonts w:ascii="Arial" w:hAnsi="Arial" w:cs="Arial"/>
                <w:b/>
                <w:bCs/>
              </w:rPr>
            </w:pPr>
            <w:r w:rsidRPr="008D07CE">
              <w:rPr>
                <w:rFonts w:ascii="Arial" w:hAnsi="Arial" w:cs="Arial"/>
                <w:b/>
                <w:bCs/>
              </w:rPr>
              <w:t xml:space="preserve">Total </w:t>
            </w:r>
            <w:r w:rsidR="008D07CE">
              <w:rPr>
                <w:rFonts w:ascii="Arial" w:hAnsi="Arial" w:cs="Arial"/>
                <w:b/>
                <w:bCs/>
              </w:rPr>
              <w:t xml:space="preserve">Monthly </w:t>
            </w:r>
            <w:r w:rsidRPr="008D07CE">
              <w:rPr>
                <w:rFonts w:ascii="Arial" w:hAnsi="Arial" w:cs="Arial"/>
                <w:b/>
                <w:bCs/>
              </w:rPr>
              <w:t>Expenditure</w:t>
            </w:r>
          </w:p>
        </w:tc>
        <w:tc>
          <w:tcPr>
            <w:tcW w:w="4320" w:type="dxa"/>
          </w:tcPr>
          <w:p w14:paraId="17DD670F" w14:textId="77777777" w:rsidR="00F50B73" w:rsidRPr="002E0974" w:rsidRDefault="00F50B73" w:rsidP="002E0974">
            <w:pPr>
              <w:spacing w:line="480" w:lineRule="auto"/>
              <w:rPr>
                <w:rFonts w:ascii="Arial" w:hAnsi="Arial" w:cs="Arial"/>
              </w:rPr>
            </w:pPr>
          </w:p>
        </w:tc>
      </w:tr>
    </w:tbl>
    <w:p w14:paraId="34C6C39D" w14:textId="77777777" w:rsidR="008E343E" w:rsidRPr="002E0974" w:rsidRDefault="008E343E" w:rsidP="002E0974">
      <w:pPr>
        <w:spacing w:line="480" w:lineRule="auto"/>
        <w:rPr>
          <w:rFonts w:ascii="Arial" w:hAnsi="Arial" w:cs="Arial"/>
        </w:rPr>
      </w:pPr>
    </w:p>
    <w:sectPr w:rsidR="008E343E" w:rsidRPr="002E097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36D507A"/>
    <w:multiLevelType w:val="hybridMultilevel"/>
    <w:tmpl w:val="42005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300188"/>
    <w:multiLevelType w:val="hybridMultilevel"/>
    <w:tmpl w:val="BFDE3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692941">
    <w:abstractNumId w:val="8"/>
  </w:num>
  <w:num w:numId="2" w16cid:durableId="1764911231">
    <w:abstractNumId w:val="6"/>
  </w:num>
  <w:num w:numId="3" w16cid:durableId="934828089">
    <w:abstractNumId w:val="5"/>
  </w:num>
  <w:num w:numId="4" w16cid:durableId="376011201">
    <w:abstractNumId w:val="4"/>
  </w:num>
  <w:num w:numId="5" w16cid:durableId="100607624">
    <w:abstractNumId w:val="7"/>
  </w:num>
  <w:num w:numId="6" w16cid:durableId="1978489135">
    <w:abstractNumId w:val="3"/>
  </w:num>
  <w:num w:numId="7" w16cid:durableId="1626034837">
    <w:abstractNumId w:val="2"/>
  </w:num>
  <w:num w:numId="8" w16cid:durableId="1718434898">
    <w:abstractNumId w:val="1"/>
  </w:num>
  <w:num w:numId="9" w16cid:durableId="1574046335">
    <w:abstractNumId w:val="0"/>
  </w:num>
  <w:num w:numId="10" w16cid:durableId="1723283612">
    <w:abstractNumId w:val="10"/>
  </w:num>
  <w:num w:numId="11" w16cid:durableId="19146625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7848"/>
    <w:rsid w:val="00034616"/>
    <w:rsid w:val="0006063C"/>
    <w:rsid w:val="0009524C"/>
    <w:rsid w:val="0015074B"/>
    <w:rsid w:val="0022660A"/>
    <w:rsid w:val="00292CC5"/>
    <w:rsid w:val="0029639D"/>
    <w:rsid w:val="002E0974"/>
    <w:rsid w:val="003140A2"/>
    <w:rsid w:val="00315629"/>
    <w:rsid w:val="00326F90"/>
    <w:rsid w:val="00380C66"/>
    <w:rsid w:val="00524AC2"/>
    <w:rsid w:val="005B07A5"/>
    <w:rsid w:val="006C00DE"/>
    <w:rsid w:val="00702E42"/>
    <w:rsid w:val="008300BF"/>
    <w:rsid w:val="008D07CE"/>
    <w:rsid w:val="008E343E"/>
    <w:rsid w:val="0093209F"/>
    <w:rsid w:val="00976AD8"/>
    <w:rsid w:val="00986DF7"/>
    <w:rsid w:val="009A1671"/>
    <w:rsid w:val="009A16A5"/>
    <w:rsid w:val="00AA1D8D"/>
    <w:rsid w:val="00B47730"/>
    <w:rsid w:val="00CB0664"/>
    <w:rsid w:val="00CF2F80"/>
    <w:rsid w:val="00EB3ADD"/>
    <w:rsid w:val="00F50B7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E0D7C4"/>
  <w14:defaultImageDpi w14:val="300"/>
  <w15:docId w15:val="{9DCD10C3-E00F-4D20-9F2D-86500AC9F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738</Words>
  <Characters>4210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Jacqui Letsome</cp:lastModifiedBy>
  <cp:revision>12</cp:revision>
  <dcterms:created xsi:type="dcterms:W3CDTF">2026-03-27T15:14:00Z</dcterms:created>
  <dcterms:modified xsi:type="dcterms:W3CDTF">2026-06-19T11:52:00Z</dcterms:modified>
  <cp:category/>
</cp:coreProperties>
</file>